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6C7D4" w14:textId="77777777" w:rsidR="002D4659" w:rsidRPr="00BD13DF" w:rsidRDefault="002D4659" w:rsidP="005218BF">
      <w:pPr>
        <w:ind w:left="6096" w:firstLine="3827"/>
        <w:rPr>
          <w:szCs w:val="24"/>
          <w:lang w:val="lt-LT"/>
        </w:rPr>
      </w:pPr>
      <w:r w:rsidRPr="00BD13DF">
        <w:rPr>
          <w:szCs w:val="24"/>
          <w:lang w:val="lt-LT"/>
        </w:rPr>
        <w:t xml:space="preserve">Panevėžio miesto futbolo sporto šakos </w:t>
      </w:r>
    </w:p>
    <w:p w14:paraId="0C5E6F61" w14:textId="7AB81441" w:rsidR="002D4659" w:rsidRPr="00BD13DF" w:rsidRDefault="002D4659" w:rsidP="005218BF">
      <w:pPr>
        <w:ind w:left="6096" w:firstLine="3827"/>
        <w:rPr>
          <w:szCs w:val="24"/>
          <w:lang w:val="lt-LT"/>
        </w:rPr>
      </w:pPr>
      <w:r w:rsidRPr="00BD13DF">
        <w:rPr>
          <w:szCs w:val="24"/>
          <w:lang w:val="lt-LT"/>
        </w:rPr>
        <w:t xml:space="preserve">2025–2027 metų plėtros programos </w:t>
      </w:r>
    </w:p>
    <w:p w14:paraId="3CA5E152" w14:textId="77777777" w:rsidR="002D4659" w:rsidRPr="00BD13DF" w:rsidRDefault="002D4659" w:rsidP="005218BF">
      <w:pPr>
        <w:ind w:left="6096" w:firstLine="3827"/>
        <w:rPr>
          <w:szCs w:val="24"/>
          <w:lang w:val="lt-LT"/>
        </w:rPr>
      </w:pPr>
      <w:r w:rsidRPr="00BD13DF">
        <w:rPr>
          <w:szCs w:val="24"/>
          <w:lang w:val="lt-LT"/>
        </w:rPr>
        <w:t xml:space="preserve">finansavimo iš savivaldybės biudžeto </w:t>
      </w:r>
    </w:p>
    <w:p w14:paraId="520CBE52" w14:textId="1DE3865A" w:rsidR="002D4659" w:rsidRPr="00BD13DF" w:rsidRDefault="002D4659" w:rsidP="005218BF">
      <w:pPr>
        <w:ind w:left="6096" w:firstLine="3827"/>
        <w:rPr>
          <w:szCs w:val="24"/>
          <w:lang w:val="lt-LT"/>
        </w:rPr>
      </w:pPr>
      <w:r w:rsidRPr="00BD13DF">
        <w:rPr>
          <w:szCs w:val="24"/>
          <w:lang w:val="lt-LT"/>
        </w:rPr>
        <w:t xml:space="preserve">lėšų konkurso nuostatų </w:t>
      </w:r>
    </w:p>
    <w:p w14:paraId="2BE66E84" w14:textId="26E92DB4" w:rsidR="00942E79" w:rsidRPr="00942E79" w:rsidRDefault="00545C4D" w:rsidP="00942E79">
      <w:pPr>
        <w:ind w:left="6096" w:firstLine="3827"/>
        <w:rPr>
          <w:szCs w:val="24"/>
          <w:lang w:val="lt-LT"/>
        </w:rPr>
      </w:pPr>
      <w:r>
        <w:rPr>
          <w:szCs w:val="24"/>
          <w:lang w:val="lt-LT"/>
        </w:rPr>
        <w:t xml:space="preserve">4 </w:t>
      </w:r>
      <w:r w:rsidR="002D4659" w:rsidRPr="00BD13DF">
        <w:rPr>
          <w:szCs w:val="24"/>
          <w:lang w:val="lt-LT"/>
        </w:rPr>
        <w:t>priedas</w:t>
      </w:r>
    </w:p>
    <w:p w14:paraId="4AD6DABA" w14:textId="77777777" w:rsidR="00545C4D" w:rsidRPr="00BD13DF" w:rsidRDefault="00545C4D" w:rsidP="002D4659">
      <w:pPr>
        <w:ind w:left="6096" w:firstLine="3260"/>
        <w:rPr>
          <w:szCs w:val="24"/>
          <w:lang w:val="lt-LT"/>
        </w:rPr>
      </w:pPr>
    </w:p>
    <w:p w14:paraId="4E8CF383" w14:textId="3536D5FB" w:rsidR="002D4659" w:rsidRPr="00545C4D" w:rsidRDefault="00360E42" w:rsidP="00360E42">
      <w:pPr>
        <w:jc w:val="center"/>
        <w:rPr>
          <w:b/>
          <w:lang w:val="lt-LT"/>
        </w:rPr>
      </w:pPr>
      <w:r w:rsidRPr="00545C4D">
        <w:rPr>
          <w:b/>
          <w:bCs/>
          <w:sz w:val="22"/>
          <w:lang w:val="lt-LT"/>
        </w:rPr>
        <w:t>(</w:t>
      </w:r>
      <w:r w:rsidR="00D00542">
        <w:rPr>
          <w:b/>
          <w:lang w:val="lt-LT"/>
        </w:rPr>
        <w:t>Rezultatų pasiekimo</w:t>
      </w:r>
      <w:r w:rsidR="00545C4D" w:rsidRPr="00545C4D">
        <w:rPr>
          <w:b/>
          <w:lang w:val="lt-LT"/>
        </w:rPr>
        <w:t xml:space="preserve"> vertinimo forma</w:t>
      </w:r>
      <w:r w:rsidRPr="00545C4D">
        <w:rPr>
          <w:b/>
          <w:bCs/>
          <w:sz w:val="22"/>
          <w:lang w:val="lt-LT"/>
        </w:rPr>
        <w:t>)</w:t>
      </w:r>
    </w:p>
    <w:p w14:paraId="42FF0595" w14:textId="0D120089" w:rsidR="00E97288" w:rsidRPr="00BD13DF" w:rsidRDefault="00E97288">
      <w:pPr>
        <w:jc w:val="center"/>
        <w:rPr>
          <w:b/>
          <w:color w:val="FF0000"/>
          <w:lang w:val="lt-LT"/>
        </w:rPr>
      </w:pPr>
    </w:p>
    <w:p w14:paraId="488E048E" w14:textId="72DE3157" w:rsidR="00E97288" w:rsidRPr="00545C4D" w:rsidRDefault="00E97288">
      <w:pPr>
        <w:jc w:val="center"/>
        <w:rPr>
          <w:b/>
          <w:lang w:val="lt-LT"/>
        </w:rPr>
      </w:pPr>
      <w:r w:rsidRPr="00545C4D">
        <w:rPr>
          <w:b/>
          <w:lang w:val="lt-LT"/>
        </w:rPr>
        <w:t>PROGRAMOS UŽDAVINIŲ IR REZULTAT</w:t>
      </w:r>
      <w:r w:rsidR="00D00542">
        <w:rPr>
          <w:b/>
          <w:lang w:val="lt-LT"/>
        </w:rPr>
        <w:t>Ų</w:t>
      </w:r>
      <w:r w:rsidRPr="00545C4D">
        <w:rPr>
          <w:b/>
          <w:lang w:val="lt-LT"/>
        </w:rPr>
        <w:t xml:space="preserve"> PASIEKIMO VERTINIMO KRITERIJŲ LENTELĖ</w:t>
      </w:r>
    </w:p>
    <w:p w14:paraId="2B0DB723" w14:textId="77777777" w:rsidR="00EB7F8D" w:rsidRPr="00BD13DF" w:rsidRDefault="00EB7F8D">
      <w:pPr>
        <w:jc w:val="center"/>
        <w:rPr>
          <w:lang w:val="lt-LT"/>
        </w:rPr>
      </w:pPr>
    </w:p>
    <w:p w14:paraId="38547A52" w14:textId="77777777" w:rsidR="00052322" w:rsidRDefault="00052322">
      <w:pPr>
        <w:jc w:val="both"/>
        <w:rPr>
          <w:lang w:val="lt-LT"/>
        </w:rPr>
      </w:pPr>
    </w:p>
    <w:p w14:paraId="277B61CF" w14:textId="764B1C9A" w:rsidR="00361A59" w:rsidRPr="00BD13DF" w:rsidRDefault="00576E09">
      <w:pPr>
        <w:jc w:val="both"/>
        <w:rPr>
          <w:lang w:val="lt-LT"/>
        </w:rPr>
      </w:pPr>
      <w:r w:rsidRPr="00D00542">
        <w:rPr>
          <w:lang w:val="lt-LT"/>
        </w:rPr>
        <w:t xml:space="preserve">Paraiškos teikėjas / Programos </w:t>
      </w:r>
      <w:r w:rsidRPr="00BD13DF">
        <w:rPr>
          <w:lang w:val="lt-LT"/>
        </w:rPr>
        <w:t>vykdytojas ________________________________________________</w:t>
      </w:r>
    </w:p>
    <w:p w14:paraId="0CB42B75" w14:textId="77777777" w:rsidR="00360E42" w:rsidRDefault="00360E42">
      <w:pPr>
        <w:jc w:val="both"/>
        <w:rPr>
          <w:lang w:val="lt-LT"/>
        </w:rPr>
      </w:pPr>
    </w:p>
    <w:p w14:paraId="43640483" w14:textId="74C6E10A" w:rsidR="00361A59" w:rsidRDefault="00576E09">
      <w:pPr>
        <w:jc w:val="both"/>
        <w:rPr>
          <w:lang w:val="lt-LT"/>
        </w:rPr>
      </w:pPr>
      <w:r w:rsidRPr="00BD13DF">
        <w:rPr>
          <w:lang w:val="lt-LT"/>
        </w:rPr>
        <w:t>Vertinami metai: 2025 / 2026 / 2027 (reikalingus metus pažymėti)</w:t>
      </w:r>
    </w:p>
    <w:p w14:paraId="186BAFFC" w14:textId="77777777" w:rsidR="00942E79" w:rsidRPr="00BD13DF" w:rsidRDefault="00942E79">
      <w:pPr>
        <w:jc w:val="both"/>
        <w:rPr>
          <w:lang w:val="lt-LT"/>
        </w:rPr>
      </w:pPr>
    </w:p>
    <w:p w14:paraId="136D0B11" w14:textId="77777777" w:rsidR="00EB7F8D" w:rsidRPr="00BD13DF" w:rsidRDefault="00EB7F8D">
      <w:pPr>
        <w:jc w:val="both"/>
        <w:rPr>
          <w:lang w:val="lt-LT"/>
        </w:rPr>
      </w:pPr>
    </w:p>
    <w:tbl>
      <w:tblPr>
        <w:tblStyle w:val="Lentelstinklelis"/>
        <w:tblW w:w="14899" w:type="dxa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4475"/>
        <w:gridCol w:w="1134"/>
        <w:gridCol w:w="1134"/>
        <w:gridCol w:w="1134"/>
        <w:gridCol w:w="1134"/>
        <w:gridCol w:w="1843"/>
        <w:gridCol w:w="1985"/>
        <w:gridCol w:w="1437"/>
      </w:tblGrid>
      <w:tr w:rsidR="00361A59" w:rsidRPr="00BD13DF" w14:paraId="5F435669" w14:textId="77777777" w:rsidTr="00426DE7">
        <w:trPr>
          <w:cantSplit/>
          <w:tblHeader/>
          <w:jc w:val="center"/>
        </w:trPr>
        <w:tc>
          <w:tcPr>
            <w:tcW w:w="623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DE5E9" w14:textId="77777777" w:rsidR="00361A59" w:rsidRPr="00426DE7" w:rsidRDefault="00576E09">
            <w:pPr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4475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A1110" w14:textId="77777777" w:rsidR="00361A59" w:rsidRPr="00426DE7" w:rsidRDefault="00576E09">
            <w:pPr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Kriterijus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68E87" w14:textId="77777777" w:rsidR="00EB7F8D" w:rsidRPr="00426DE7" w:rsidRDefault="00EB7F8D" w:rsidP="00576E09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  <w:p w14:paraId="1B17A439" w14:textId="73FA1723" w:rsidR="00361A59" w:rsidRPr="00426DE7" w:rsidRDefault="00576E09" w:rsidP="00576E09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2025</w:t>
            </w:r>
          </w:p>
          <w:p w14:paraId="65AD3833" w14:textId="6F18879E" w:rsidR="00576E0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1EEDF" w14:textId="77777777" w:rsidR="00361A5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2026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5B288" w14:textId="77777777" w:rsidR="00361A5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2027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EFD39" w14:textId="47160097" w:rsidR="00361A59" w:rsidRPr="00426DE7" w:rsidRDefault="0087594C" w:rsidP="00576E09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Faktinis rezultatas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54A40" w14:textId="77777777" w:rsidR="00361A5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Administratoriaus išvada</w:t>
            </w:r>
          </w:p>
        </w:tc>
        <w:tc>
          <w:tcPr>
            <w:tcW w:w="1985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E4B39" w14:textId="1A965A3B" w:rsidR="00361A5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Darbo grupės išvada</w:t>
            </w:r>
          </w:p>
        </w:tc>
        <w:tc>
          <w:tcPr>
            <w:tcW w:w="143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8989B" w14:textId="77777777" w:rsidR="00361A59" w:rsidRPr="00426DE7" w:rsidRDefault="00576E09" w:rsidP="00576E09">
            <w:pPr>
              <w:jc w:val="center"/>
              <w:rPr>
                <w:sz w:val="20"/>
                <w:szCs w:val="20"/>
                <w:lang w:val="lt-LT"/>
              </w:rPr>
            </w:pPr>
            <w:r w:rsidRPr="00426DE7">
              <w:rPr>
                <w:b/>
                <w:sz w:val="20"/>
                <w:szCs w:val="20"/>
                <w:lang w:val="lt-LT"/>
              </w:rPr>
              <w:t>Motyvai / pastabos</w:t>
            </w:r>
          </w:p>
        </w:tc>
      </w:tr>
      <w:tr w:rsidR="00361A59" w:rsidRPr="00BD13DF" w14:paraId="2B903A44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6EDC3" w14:textId="56F6A19B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C0FBB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Atitikimas LFF sertifikavimo žvaigždutėms,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4542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C0546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32A5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D2D1E" w14:textId="5B6F6074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8B0F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AB2A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3805D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7B037462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80B4F" w14:textId="4EA2AC92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2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6AFEA" w14:textId="4EDA4566" w:rsidR="00361A59" w:rsidRPr="00F005D8" w:rsidRDefault="000924A1">
            <w:pPr>
              <w:rPr>
                <w:sz w:val="20"/>
                <w:szCs w:val="20"/>
                <w:lang w:val="lt-LT"/>
              </w:rPr>
            </w:pPr>
            <w:r w:rsidRPr="00F005D8">
              <w:rPr>
                <w:rFonts w:eastAsia="Lucida Sans Unicode"/>
                <w:bCs/>
                <w:iCs/>
                <w:sz w:val="20"/>
                <w:szCs w:val="24"/>
                <w:shd w:val="clear" w:color="auto" w:fill="FFFFFF"/>
                <w:lang w:val="lt-LT" w:eastAsia="ar-SA"/>
              </w:rPr>
              <w:t>Trenerių, turinčių teisę dirbti treneriu Lietuvos Respublikos sporto įstatymo nustatyta tvarka ir galiojančią futbolo trenerio UEFA licenciją,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77228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353A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E0A75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18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41906" w14:textId="5AD427D1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0D1F3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317C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48947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30D0F3A2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4BCBA" w14:textId="51C34124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8FF6A" w14:textId="07D201AD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Specialistų (medicininio personalo, atletinio rengimo, sporto vadybos, kito aptarnaujančio</w:t>
            </w:r>
            <w:r w:rsidR="00942E79">
              <w:rPr>
                <w:sz w:val="20"/>
                <w:szCs w:val="20"/>
                <w:lang w:val="lt-LT"/>
              </w:rPr>
              <w:t xml:space="preserve"> </w:t>
            </w:r>
            <w:r w:rsidRPr="00BD13DF">
              <w:rPr>
                <w:sz w:val="20"/>
                <w:szCs w:val="20"/>
                <w:lang w:val="lt-LT"/>
              </w:rPr>
              <w:t>personalo)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B692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E3A1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64E6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BAAE7" w14:textId="1808696D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82AB3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AD324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2FC2B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24C80A64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F6AFC" w14:textId="4AA6F5B1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4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83D48" w14:textId="2AA2C1D9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 xml:space="preserve">Parengta programa kiekvienam sportinio ugdymo etapui pagal žaidimo modelį </w:t>
            </w:r>
            <w:r w:rsidR="00052322" w:rsidRPr="00052322">
              <w:rPr>
                <w:sz w:val="20"/>
                <w:szCs w:val="20"/>
                <w:lang w:val="lt-LT"/>
              </w:rPr>
              <w:t>(5 × 5, 8 × 8, 11 × 11)</w:t>
            </w:r>
            <w:r w:rsidRPr="00BD13DF">
              <w:rPr>
                <w:sz w:val="20"/>
                <w:szCs w:val="20"/>
                <w:lang w:val="lt-LT"/>
              </w:rPr>
              <w:t>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3D70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D52F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5317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66FD4" w14:textId="15C12EAD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CDF33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B707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5220C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5546DE10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364B0" w14:textId="022C6B8F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A7CEC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Programoje dalyvaujančių asmenų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71A11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500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FB7B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520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7FAD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550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FD524" w14:textId="2F285F8A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08C4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2ADE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73C09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3A287D48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1FFE1" w14:textId="7D2701C5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21C14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Sukomplektuotų sportinio rengimo grupių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BEDB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BD6D4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D703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5ADF2" w14:textId="3AE60FEB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EBB7B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B6217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EAEE6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6A4BF287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B07D3" w14:textId="5C7BE4F1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lastRenderedPageBreak/>
              <w:t>7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80D3B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Miestui atstovaujančių jaunių, jaunučių ir vaikų komandų, dalyvaujančių šalies ir regiono futbolo varžybose,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079A1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20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71696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21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A777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22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7187C" w14:textId="26FD7B98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2FC4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40DB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F5064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3D13FB7D" w14:textId="77777777" w:rsidTr="005218BF">
        <w:trPr>
          <w:cantSplit/>
          <w:trHeight w:val="476"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41BF3" w14:textId="180AE492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8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14398" w14:textId="75B8F35C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 xml:space="preserve">Miestui atstovaujančių </w:t>
            </w:r>
            <w:r w:rsidR="00052322" w:rsidRPr="00052322">
              <w:rPr>
                <w:sz w:val="20"/>
                <w:szCs w:val="20"/>
                <w:lang w:val="lt-LT"/>
              </w:rPr>
              <w:t>suaugusiųjų vyrų</w:t>
            </w:r>
            <w:r w:rsidR="00052322">
              <w:rPr>
                <w:sz w:val="20"/>
                <w:szCs w:val="20"/>
                <w:lang w:val="lt-LT"/>
              </w:rPr>
              <w:t xml:space="preserve"> </w:t>
            </w:r>
            <w:r w:rsidRPr="00BD13DF">
              <w:rPr>
                <w:sz w:val="20"/>
                <w:szCs w:val="20"/>
                <w:lang w:val="lt-LT"/>
              </w:rPr>
              <w:t>komandų, dalyvaujančių LFF I lygos varžybose,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B040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71482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A7207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5563A" w14:textId="0CD7E66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9C72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B474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ACD55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79E185A5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3BA6F" w14:textId="74EF618B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9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40DDE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Sporto gimnazijoje sportuojančių sportininkų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4B372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5064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F119C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36782" w14:textId="657B4C29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6DE43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989BB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5992A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723245B1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0FD48" w14:textId="1E7E0DA8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10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1942F" w14:textId="2954D9B3" w:rsidR="00052322" w:rsidRPr="00052322" w:rsidRDefault="00052322">
            <w:pPr>
              <w:rPr>
                <w:sz w:val="20"/>
                <w:szCs w:val="20"/>
                <w:lang w:val="lt-LT"/>
              </w:rPr>
            </w:pPr>
            <w:r w:rsidRPr="00052322">
              <w:rPr>
                <w:sz w:val="20"/>
                <w:szCs w:val="20"/>
                <w:lang w:val="lt-LT"/>
              </w:rPr>
              <w:t>Išugdytų sportininkų, žaidžiančių Panevėžio miesto komandose (suaugusiųjų Lietuvos futbolo lygos varžybose),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ED7E5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D39B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D07C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09B15" w14:textId="628A9D9C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A788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DBAB7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0CDC0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3629959D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89CC0" w14:textId="64DE98C1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11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2388F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Sportininkų, dalyvaujančių miesto, regiono, šalies ir tarptautinėse varžybose, skaičius,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09260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330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C5135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41A0C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350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81640" w14:textId="51AEAE32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A718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372C2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66767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2C48F63C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D6E8A" w14:textId="4A972331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12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6A16A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Aukščiausio lygmens divizionuose (11–17 m. vaikinai ir merginos) dalyvaujančių komandų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B2DF5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F0A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3695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E4384" w14:textId="4625A7D9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10F45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3AEB1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1BA68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2F565952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B1618" w14:textId="232DEB0A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13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B5655" w14:textId="02F8F68D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 xml:space="preserve">Sportininkų, </w:t>
            </w:r>
            <w:r w:rsidR="00052322" w:rsidRPr="00052322">
              <w:rPr>
                <w:sz w:val="20"/>
                <w:szCs w:val="20"/>
                <w:lang w:val="lt-LT"/>
              </w:rPr>
              <w:t>atstovaujančių rinktinėms</w:t>
            </w:r>
            <w:r w:rsidRPr="00BD13DF">
              <w:rPr>
                <w:sz w:val="20"/>
                <w:szCs w:val="20"/>
                <w:lang w:val="lt-LT"/>
              </w:rPr>
              <w:t>, skaičius pagal amžiaus grupes, žm.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BDCE3" w14:textId="2FBF8952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Pagal Programos lentelę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5BA6C" w14:textId="6203DD3D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Pagal Programos lentelę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D7F6C" w14:textId="2161EFED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Pagal Progra</w:t>
            </w:r>
            <w:r w:rsidR="00545C4D">
              <w:rPr>
                <w:sz w:val="20"/>
                <w:szCs w:val="20"/>
                <w:lang w:val="lt-LT"/>
              </w:rPr>
              <w:t>m</w:t>
            </w:r>
            <w:r w:rsidRPr="00BD13DF">
              <w:rPr>
                <w:sz w:val="20"/>
                <w:szCs w:val="20"/>
                <w:lang w:val="lt-LT"/>
              </w:rPr>
              <w:t>os lentelę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E494C" w14:textId="7ACD50C5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EB436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46006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488F0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0BDF1332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D7BA1" w14:textId="339EA91D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14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C84FE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Surengtų šalies ir tarptautinių futbolo turnyrų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6ABE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DE6DB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E435C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B1E86" w14:textId="31A0935F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EEF7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6956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F82F0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373C32BF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02F1F" w14:textId="68CA8623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15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C7674" w14:textId="4C1F3145" w:rsidR="00361A59" w:rsidRPr="00BD13DF" w:rsidRDefault="001070F6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bCs/>
                <w:sz w:val="20"/>
                <w:szCs w:val="24"/>
                <w:lang w:val="lt-LT" w:eastAsia="lt-LT"/>
              </w:rPr>
              <w:t>Dalyvauta kvalifikacijos kėlimo kursuose ar kituose mokymuose (</w:t>
            </w:r>
            <w:r w:rsidR="00052322" w:rsidRPr="00052322">
              <w:rPr>
                <w:bCs/>
                <w:sz w:val="20"/>
                <w:szCs w:val="24"/>
                <w:lang w:val="lt-LT" w:eastAsia="lt-LT"/>
              </w:rPr>
              <w:t>treneriai, kitas sportinio rengimo personalas</w:t>
            </w:r>
            <w:r w:rsidRPr="00BD13DF">
              <w:rPr>
                <w:bCs/>
                <w:sz w:val="20"/>
                <w:szCs w:val="24"/>
                <w:lang w:val="lt-LT" w:eastAsia="lt-LT"/>
              </w:rPr>
              <w:t>), val.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910D7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7D3A1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ECB4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80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99CD7" w14:textId="2DA4F95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2BE78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1DDA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23F1D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080E4619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3A2EE" w14:textId="3C88ED4B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16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E3A43" w14:textId="5FE98481" w:rsidR="00361A59" w:rsidRPr="00BD13DF" w:rsidRDefault="001070F6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bCs/>
                <w:sz w:val="20"/>
                <w:szCs w:val="24"/>
                <w:lang w:val="lt-LT" w:eastAsia="lt-LT"/>
              </w:rPr>
              <w:t>Dalyvauta kvalifikacijos kėlimo kursuose ar kituose mokymuose (</w:t>
            </w:r>
            <w:r w:rsidR="00052322" w:rsidRPr="00052322">
              <w:rPr>
                <w:bCs/>
                <w:sz w:val="20"/>
                <w:szCs w:val="24"/>
                <w:lang w:val="lt-LT" w:eastAsia="lt-LT"/>
              </w:rPr>
              <w:t>administracija, kitas personalas</w:t>
            </w:r>
            <w:r w:rsidRPr="00BD13DF">
              <w:rPr>
                <w:bCs/>
                <w:sz w:val="20"/>
                <w:szCs w:val="24"/>
                <w:lang w:val="lt-LT" w:eastAsia="lt-LT"/>
              </w:rPr>
              <w:t>), val.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DDFD9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17AEB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58992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70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B9E13" w14:textId="41F8F2C1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C184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CC37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3C4B6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1E536424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3E79A" w14:textId="6C042465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17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8D376" w14:textId="4F992AE6" w:rsidR="00361A59" w:rsidRPr="00BD13DF" w:rsidRDefault="001070F6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bCs/>
                <w:sz w:val="20"/>
                <w:szCs w:val="24"/>
                <w:lang w:val="lt-LT" w:eastAsia="lt-LT"/>
              </w:rPr>
              <w:t>Įgyvendintas alternatyvus laisvalaikio praleidimo projektas įvairaus amžiaus vaikams, nesiekiantiems sportinio rezultato,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551DF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2C988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A2113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3B85B" w14:textId="0685AED5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46ED2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C608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10180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  <w:tr w:rsidR="00361A59" w:rsidRPr="00BD13DF" w14:paraId="777240FB" w14:textId="77777777" w:rsidTr="00545C4D">
        <w:trPr>
          <w:cantSplit/>
          <w:jc w:val="center"/>
        </w:trPr>
        <w:tc>
          <w:tcPr>
            <w:tcW w:w="6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58E5A" w14:textId="75F521D6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18</w:t>
            </w:r>
            <w:r w:rsidR="00052322">
              <w:rPr>
                <w:sz w:val="20"/>
                <w:szCs w:val="20"/>
                <w:lang w:val="lt-LT"/>
              </w:rPr>
              <w:t>.</w:t>
            </w:r>
          </w:p>
        </w:tc>
        <w:tc>
          <w:tcPr>
            <w:tcW w:w="4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2BAEF" w14:textId="77777777" w:rsidR="00361A59" w:rsidRPr="00BD13DF" w:rsidRDefault="00576E09">
            <w:pPr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Naudojamų sporto bazių (įskaitant nuomojamas) skaičius, vnt.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A2B0E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8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2A436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8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2634A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9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7E626" w14:textId="5190D740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51898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98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D626D" w14:textId="77777777" w:rsidR="00361A59" w:rsidRPr="00BD13DF" w:rsidRDefault="00576E09">
            <w:pPr>
              <w:jc w:val="center"/>
              <w:rPr>
                <w:sz w:val="20"/>
                <w:szCs w:val="20"/>
                <w:lang w:val="lt-LT"/>
              </w:rPr>
            </w:pPr>
            <w:r w:rsidRPr="00BD13DF">
              <w:rPr>
                <w:sz w:val="20"/>
                <w:szCs w:val="20"/>
                <w:lang w:val="lt-LT"/>
              </w:rPr>
              <w:t>Atitinka / neatitinka</w:t>
            </w:r>
          </w:p>
        </w:tc>
        <w:tc>
          <w:tcPr>
            <w:tcW w:w="1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5B5F4" w14:textId="77777777" w:rsidR="00361A59" w:rsidRPr="00BD13DF" w:rsidRDefault="00361A59">
            <w:pPr>
              <w:rPr>
                <w:sz w:val="20"/>
                <w:szCs w:val="20"/>
                <w:lang w:val="lt-LT"/>
              </w:rPr>
            </w:pPr>
          </w:p>
        </w:tc>
      </w:tr>
    </w:tbl>
    <w:p w14:paraId="7533DA3C" w14:textId="4835FDE8" w:rsidR="00361A59" w:rsidRDefault="00361A59">
      <w:pPr>
        <w:rPr>
          <w:lang w:val="lt-LT"/>
        </w:rPr>
      </w:pPr>
    </w:p>
    <w:p w14:paraId="23FF4E1E" w14:textId="77777777" w:rsidR="00942E79" w:rsidRDefault="00942E79">
      <w:pPr>
        <w:jc w:val="both"/>
        <w:rPr>
          <w:b/>
          <w:lang w:val="lt-LT"/>
        </w:rPr>
      </w:pPr>
    </w:p>
    <w:p w14:paraId="709F933C" w14:textId="77777777" w:rsidR="00942E79" w:rsidRDefault="00942E79">
      <w:pPr>
        <w:jc w:val="both"/>
        <w:rPr>
          <w:b/>
          <w:lang w:val="lt-LT"/>
        </w:rPr>
      </w:pPr>
    </w:p>
    <w:p w14:paraId="1B457427" w14:textId="77777777" w:rsidR="00942E79" w:rsidRDefault="00942E79">
      <w:pPr>
        <w:jc w:val="both"/>
        <w:rPr>
          <w:b/>
          <w:lang w:val="lt-LT"/>
        </w:rPr>
      </w:pPr>
    </w:p>
    <w:p w14:paraId="61483624" w14:textId="34E04861" w:rsidR="00361A59" w:rsidRPr="00BD13DF" w:rsidRDefault="00576E09">
      <w:pPr>
        <w:jc w:val="both"/>
        <w:rPr>
          <w:lang w:val="lt-LT"/>
        </w:rPr>
      </w:pPr>
      <w:r w:rsidRPr="00BD13DF">
        <w:rPr>
          <w:b/>
          <w:lang w:val="lt-LT"/>
        </w:rPr>
        <w:t>KONKURSO ADMINISTRATORIAUS PIRMINĖ IŠVADA:</w:t>
      </w:r>
    </w:p>
    <w:p w14:paraId="6EDDF108" w14:textId="77777777" w:rsidR="00942E79" w:rsidRDefault="00942E79">
      <w:pPr>
        <w:jc w:val="both"/>
        <w:rPr>
          <w:lang w:val="lt-LT"/>
        </w:rPr>
      </w:pPr>
    </w:p>
    <w:p w14:paraId="2A51F725" w14:textId="5285B783" w:rsidR="00361A59" w:rsidRPr="00BD13DF" w:rsidRDefault="00576E09">
      <w:pPr>
        <w:jc w:val="both"/>
        <w:rPr>
          <w:lang w:val="lt-LT"/>
        </w:rPr>
      </w:pPr>
      <w:r w:rsidRPr="00BD13DF">
        <w:rPr>
          <w:lang w:val="lt-LT"/>
        </w:rPr>
        <w:t>Atitinka / neatitinka vertinamų metų privalomuosius kriterijus. Motyvai: ____________________________</w:t>
      </w:r>
      <w:r w:rsidR="00052322">
        <w:rPr>
          <w:lang w:val="lt-LT"/>
        </w:rPr>
        <w:t>_________________________</w:t>
      </w:r>
    </w:p>
    <w:p w14:paraId="258307C8" w14:textId="0C4D1DEB" w:rsidR="00361A59" w:rsidRPr="00BD13DF" w:rsidRDefault="00576E09">
      <w:pPr>
        <w:jc w:val="both"/>
        <w:rPr>
          <w:lang w:val="lt-LT"/>
        </w:rPr>
      </w:pPr>
      <w:r w:rsidRPr="00BD13DF">
        <w:rPr>
          <w:lang w:val="lt-LT"/>
        </w:rPr>
        <w:t>Vardas, pavardė, parašas, data _____________________________________________________________</w:t>
      </w:r>
      <w:r w:rsidR="00052322">
        <w:rPr>
          <w:lang w:val="lt-LT"/>
        </w:rPr>
        <w:t>_______________________________</w:t>
      </w:r>
    </w:p>
    <w:p w14:paraId="30D68D66" w14:textId="77777777" w:rsidR="00576E09" w:rsidRPr="00BD13DF" w:rsidRDefault="00576E09">
      <w:pPr>
        <w:jc w:val="both"/>
        <w:rPr>
          <w:b/>
          <w:lang w:val="lt-LT"/>
        </w:rPr>
      </w:pPr>
    </w:p>
    <w:p w14:paraId="2ECE461E" w14:textId="14F15BFA" w:rsidR="00361A59" w:rsidRPr="00BD13DF" w:rsidRDefault="00576E09">
      <w:pPr>
        <w:jc w:val="both"/>
        <w:rPr>
          <w:lang w:val="lt-LT"/>
        </w:rPr>
      </w:pPr>
      <w:r w:rsidRPr="00BD13DF">
        <w:rPr>
          <w:b/>
          <w:lang w:val="lt-LT"/>
        </w:rPr>
        <w:t>DARBO GRUPĖS GALUTINĖ IŠVADA:</w:t>
      </w:r>
    </w:p>
    <w:p w14:paraId="3F4E7743" w14:textId="77777777" w:rsidR="00942E79" w:rsidRDefault="00942E79">
      <w:pPr>
        <w:jc w:val="both"/>
        <w:rPr>
          <w:lang w:val="lt-LT"/>
        </w:rPr>
      </w:pPr>
    </w:p>
    <w:p w14:paraId="3A64CB29" w14:textId="5374B4F2" w:rsidR="00361A59" w:rsidRPr="00BD13DF" w:rsidRDefault="00576E09">
      <w:pPr>
        <w:jc w:val="both"/>
        <w:rPr>
          <w:lang w:val="lt-LT"/>
        </w:rPr>
      </w:pPr>
      <w:r w:rsidRPr="00BD13DF">
        <w:rPr>
          <w:lang w:val="lt-LT"/>
        </w:rPr>
        <w:t>Atitinka / neatitinka vertinamų metų privalomuosius kriterijus. Motyvai: ____________________________</w:t>
      </w:r>
      <w:r w:rsidR="00052322">
        <w:rPr>
          <w:lang w:val="lt-LT"/>
        </w:rPr>
        <w:t>__________________________</w:t>
      </w:r>
    </w:p>
    <w:p w14:paraId="47D2AAB4" w14:textId="40422CE4" w:rsidR="00361A59" w:rsidRDefault="00576E09">
      <w:pPr>
        <w:jc w:val="both"/>
        <w:rPr>
          <w:lang w:val="lt-LT"/>
        </w:rPr>
      </w:pPr>
      <w:r w:rsidRPr="00BD13DF">
        <w:rPr>
          <w:lang w:val="lt-LT"/>
        </w:rPr>
        <w:t>Darbo grupės posėdžio protokolo data ir numeris _________________________________________________</w:t>
      </w:r>
      <w:r w:rsidR="00052322">
        <w:rPr>
          <w:lang w:val="lt-LT"/>
        </w:rPr>
        <w:t>____________________________</w:t>
      </w:r>
    </w:p>
    <w:p w14:paraId="545DB723" w14:textId="77777777" w:rsidR="00295945" w:rsidRDefault="00295945">
      <w:pPr>
        <w:jc w:val="both"/>
        <w:rPr>
          <w:lang w:val="lt-LT"/>
        </w:rPr>
      </w:pPr>
    </w:p>
    <w:p w14:paraId="1B278FE4" w14:textId="77777777" w:rsidR="00295945" w:rsidRDefault="00295945">
      <w:pPr>
        <w:jc w:val="both"/>
        <w:rPr>
          <w:lang w:val="lt-LT"/>
        </w:rPr>
      </w:pPr>
    </w:p>
    <w:p w14:paraId="2C613936" w14:textId="27AA2B63" w:rsidR="00295945" w:rsidRPr="00BD13DF" w:rsidRDefault="00295945" w:rsidP="00295945">
      <w:pPr>
        <w:jc w:val="center"/>
        <w:rPr>
          <w:lang w:val="lt-LT"/>
        </w:rPr>
      </w:pPr>
      <w:r>
        <w:rPr>
          <w:lang w:val="lt-LT"/>
        </w:rPr>
        <w:t>_____________________________</w:t>
      </w:r>
    </w:p>
    <w:sectPr w:rsidR="00295945" w:rsidRPr="00BD13DF" w:rsidSect="00942E79">
      <w:headerReference w:type="default" r:id="rId8"/>
      <w:pgSz w:w="15840" w:h="12240" w:orient="landscape"/>
      <w:pgMar w:top="1560" w:right="850" w:bottom="568" w:left="8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3EA3C" w14:textId="77777777" w:rsidR="002A53AC" w:rsidRDefault="002A53AC" w:rsidP="00052322">
      <w:r>
        <w:separator/>
      </w:r>
    </w:p>
  </w:endnote>
  <w:endnote w:type="continuationSeparator" w:id="0">
    <w:p w14:paraId="4DD79467" w14:textId="77777777" w:rsidR="002A53AC" w:rsidRDefault="002A53AC" w:rsidP="0005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8C71C" w14:textId="77777777" w:rsidR="002A53AC" w:rsidRDefault="002A53AC" w:rsidP="00052322">
      <w:r>
        <w:separator/>
      </w:r>
    </w:p>
  </w:footnote>
  <w:footnote w:type="continuationSeparator" w:id="0">
    <w:p w14:paraId="2FCD464D" w14:textId="77777777" w:rsidR="002A53AC" w:rsidRDefault="002A53AC" w:rsidP="00052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4100681"/>
      <w:docPartObj>
        <w:docPartGallery w:val="Page Numbers (Top of Page)"/>
        <w:docPartUnique/>
      </w:docPartObj>
    </w:sdtPr>
    <w:sdtEndPr/>
    <w:sdtContent>
      <w:p w14:paraId="03475646" w14:textId="67B762A3" w:rsidR="00052322" w:rsidRDefault="0005232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BDE5BDE" w14:textId="77777777" w:rsidR="00052322" w:rsidRDefault="0005232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40560">
    <w:abstractNumId w:val="8"/>
  </w:num>
  <w:num w:numId="2" w16cid:durableId="634214242">
    <w:abstractNumId w:val="6"/>
  </w:num>
  <w:num w:numId="3" w16cid:durableId="1798835143">
    <w:abstractNumId w:val="5"/>
  </w:num>
  <w:num w:numId="4" w16cid:durableId="626084746">
    <w:abstractNumId w:val="4"/>
  </w:num>
  <w:num w:numId="5" w16cid:durableId="1879588673">
    <w:abstractNumId w:val="7"/>
  </w:num>
  <w:num w:numId="6" w16cid:durableId="1872644088">
    <w:abstractNumId w:val="3"/>
  </w:num>
  <w:num w:numId="7" w16cid:durableId="2083482790">
    <w:abstractNumId w:val="2"/>
  </w:num>
  <w:num w:numId="8" w16cid:durableId="1883596510">
    <w:abstractNumId w:val="1"/>
  </w:num>
  <w:num w:numId="9" w16cid:durableId="209230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322"/>
    <w:rsid w:val="0006063C"/>
    <w:rsid w:val="000924A1"/>
    <w:rsid w:val="001070F6"/>
    <w:rsid w:val="00133817"/>
    <w:rsid w:val="0015074B"/>
    <w:rsid w:val="001C3542"/>
    <w:rsid w:val="001D76E2"/>
    <w:rsid w:val="00295945"/>
    <w:rsid w:val="0029639D"/>
    <w:rsid w:val="002A53AC"/>
    <w:rsid w:val="002D4659"/>
    <w:rsid w:val="00326F90"/>
    <w:rsid w:val="00360E42"/>
    <w:rsid w:val="00361A59"/>
    <w:rsid w:val="00426DE7"/>
    <w:rsid w:val="00430750"/>
    <w:rsid w:val="004C6F26"/>
    <w:rsid w:val="005218BF"/>
    <w:rsid w:val="00545C4D"/>
    <w:rsid w:val="00553219"/>
    <w:rsid w:val="00576E09"/>
    <w:rsid w:val="005A4C26"/>
    <w:rsid w:val="006C709C"/>
    <w:rsid w:val="0071638C"/>
    <w:rsid w:val="0087594C"/>
    <w:rsid w:val="00942E79"/>
    <w:rsid w:val="00976555"/>
    <w:rsid w:val="009B3B24"/>
    <w:rsid w:val="00AA1D8D"/>
    <w:rsid w:val="00B47730"/>
    <w:rsid w:val="00B737D8"/>
    <w:rsid w:val="00BC538B"/>
    <w:rsid w:val="00BD13DF"/>
    <w:rsid w:val="00C114DD"/>
    <w:rsid w:val="00CB0664"/>
    <w:rsid w:val="00D00542"/>
    <w:rsid w:val="00E97288"/>
    <w:rsid w:val="00EB7F8D"/>
    <w:rsid w:val="00F005D8"/>
    <w:rsid w:val="00F026FD"/>
    <w:rsid w:val="00FB7729"/>
    <w:rsid w:val="00FC693F"/>
    <w:rsid w:val="00FF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50954"/>
  <w14:defaultImageDpi w14:val="300"/>
  <w15:docId w15:val="{9FC973EA-C647-4552-B00A-7D8F705E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05232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5232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52322"/>
    <w:rPr>
      <w:rFonts w:ascii="Times New Roman" w:eastAsia="Times New Roman" w:hAnsi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5232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52322"/>
    <w:rPr>
      <w:rFonts w:ascii="Times New Roman" w:eastAsia="Times New Roman" w:hAnsi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45C4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45C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30265E-49D6-4A67-8A79-8B66D0374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2514</Words>
  <Characters>1434</Characters>
  <Application>Microsoft Office Word</Application>
  <DocSecurity>4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Diana Brazdžiunienė</cp:lastModifiedBy>
  <cp:revision>2</cp:revision>
  <dcterms:created xsi:type="dcterms:W3CDTF">2026-09-09T11:20:00Z</dcterms:created>
  <dcterms:modified xsi:type="dcterms:W3CDTF">2026-09-09T11:20:00Z</dcterms:modified>
</cp:coreProperties>
</file>