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3927F12" w14:textId="77777777" w:rsidR="000F1866" w:rsidRPr="005E6C5B" w:rsidRDefault="000F1866" w:rsidP="000F1866">
      <w:pPr>
        <w:ind w:left="5670"/>
        <w:rPr>
          <w:szCs w:val="24"/>
          <w:lang w:val="lt-LT"/>
        </w:rPr>
      </w:pPr>
      <w:r w:rsidRPr="005E6C5B">
        <w:rPr>
          <w:szCs w:val="24"/>
          <w:lang w:val="lt-LT"/>
        </w:rPr>
        <w:t xml:space="preserve">Panevėžio miesto futbolo sporto šakos 2025–2027 metų plėtros programos ir jos finansavimo iš savivaldybės biudžeto lėšų konkurso nuostatų </w:t>
      </w:r>
    </w:p>
    <w:p w14:paraId="76218617" w14:textId="045C19E6" w:rsidR="000F1866" w:rsidRPr="005E6C5B" w:rsidRDefault="00C37E0C" w:rsidP="000F1866">
      <w:pPr>
        <w:ind w:left="5670"/>
        <w:rPr>
          <w:szCs w:val="24"/>
          <w:lang w:val="lt-LT"/>
        </w:rPr>
      </w:pPr>
      <w:r w:rsidRPr="005E6C5B">
        <w:rPr>
          <w:szCs w:val="24"/>
          <w:lang w:val="lt-LT"/>
        </w:rPr>
        <w:t>1</w:t>
      </w:r>
      <w:r w:rsidR="000F1866" w:rsidRPr="005E6C5B">
        <w:rPr>
          <w:szCs w:val="24"/>
          <w:lang w:val="lt-LT"/>
        </w:rPr>
        <w:t xml:space="preserve"> priedas</w:t>
      </w:r>
    </w:p>
    <w:p w14:paraId="34127F2E" w14:textId="77777777" w:rsidR="000F1866" w:rsidRPr="005E6C5B" w:rsidRDefault="000F1866" w:rsidP="000F1866">
      <w:pPr>
        <w:ind w:left="5670"/>
        <w:rPr>
          <w:szCs w:val="24"/>
          <w:lang w:val="lt-LT"/>
        </w:rPr>
      </w:pPr>
    </w:p>
    <w:p w14:paraId="07067F5A" w14:textId="77777777" w:rsidR="00001131" w:rsidRPr="005E6C5B" w:rsidRDefault="00FF1FB7" w:rsidP="009B12F5">
      <w:pPr>
        <w:spacing w:after="120"/>
        <w:jc w:val="center"/>
        <w:rPr>
          <w:b/>
          <w:lang w:val="lt-LT"/>
        </w:rPr>
      </w:pPr>
      <w:r w:rsidRPr="005E6C5B">
        <w:rPr>
          <w:b/>
          <w:lang w:val="lt-LT"/>
        </w:rPr>
        <w:t>PANEVĖŽIO MIESTO FUTBOLO SPORTO ŠAKOS 2025–2027 METŲ PLĖTROS PROGRAMAI ĮGYVENDINTI SKIRTŲ SAVIVALDYBĖS BIUDŽETO LĖŠŲ NAUDOJIMO SUTARTIS</w:t>
      </w:r>
    </w:p>
    <w:p w14:paraId="1F504610" w14:textId="77777777" w:rsidR="00480CEC" w:rsidRPr="005E6C5B" w:rsidRDefault="00480CEC" w:rsidP="00F476FB">
      <w:pPr>
        <w:ind w:firstLine="720"/>
        <w:jc w:val="center"/>
        <w:rPr>
          <w:lang w:val="lt-LT"/>
        </w:rPr>
      </w:pPr>
    </w:p>
    <w:p w14:paraId="659C8749" w14:textId="77777777" w:rsidR="00001131" w:rsidRPr="005E6C5B" w:rsidRDefault="00FF1FB7" w:rsidP="009B12F5">
      <w:pPr>
        <w:jc w:val="center"/>
        <w:rPr>
          <w:lang w:val="lt-LT"/>
        </w:rPr>
      </w:pPr>
      <w:r w:rsidRPr="005E6C5B">
        <w:rPr>
          <w:lang w:val="lt-LT"/>
        </w:rPr>
        <w:t>20__ m. ____________ ___ d. Nr. ______</w:t>
      </w:r>
    </w:p>
    <w:p w14:paraId="40FEF38E" w14:textId="77777777" w:rsidR="00001131" w:rsidRPr="005E6C5B" w:rsidRDefault="00FF1FB7" w:rsidP="009B12F5">
      <w:pPr>
        <w:jc w:val="center"/>
        <w:rPr>
          <w:lang w:val="lt-LT"/>
        </w:rPr>
      </w:pPr>
      <w:r w:rsidRPr="005E6C5B">
        <w:rPr>
          <w:lang w:val="lt-LT"/>
        </w:rPr>
        <w:t>Panevėžys</w:t>
      </w:r>
    </w:p>
    <w:p w14:paraId="2CCCFDE7" w14:textId="77777777" w:rsidR="00F476FB" w:rsidRPr="005E6C5B" w:rsidRDefault="00F476FB" w:rsidP="00F476FB">
      <w:pPr>
        <w:ind w:firstLine="720"/>
        <w:jc w:val="center"/>
        <w:rPr>
          <w:lang w:val="lt-LT"/>
        </w:rPr>
      </w:pPr>
    </w:p>
    <w:p w14:paraId="0FD267FB" w14:textId="77777777" w:rsidR="00480CEC" w:rsidRPr="005E6C5B" w:rsidRDefault="00480CEC" w:rsidP="00F476FB">
      <w:pPr>
        <w:ind w:firstLine="720"/>
        <w:jc w:val="both"/>
        <w:rPr>
          <w:lang w:val="lt-LT"/>
        </w:rPr>
      </w:pPr>
      <w:r w:rsidRPr="005E6C5B">
        <w:rPr>
          <w:b/>
          <w:lang w:val="lt-LT"/>
        </w:rPr>
        <w:t>Panevėžio miesto savivaldybės administracija</w:t>
      </w:r>
      <w:r w:rsidRPr="005E6C5B">
        <w:rPr>
          <w:lang w:val="lt-LT"/>
        </w:rPr>
        <w:t xml:space="preserve"> (toliau – Savivaldybės administracija), atstovaujama Savivaldybės administracijos direktoriaus (-ės) [vardas, pavardė], veikiančio (-</w:t>
      </w:r>
      <w:proofErr w:type="spellStart"/>
      <w:r w:rsidRPr="005E6C5B">
        <w:rPr>
          <w:lang w:val="lt-LT"/>
        </w:rPr>
        <w:t>ios</w:t>
      </w:r>
      <w:proofErr w:type="spellEnd"/>
      <w:r w:rsidRPr="005E6C5B">
        <w:rPr>
          <w:lang w:val="lt-LT"/>
        </w:rPr>
        <w:t xml:space="preserve">) pagal [veikimo pagrindas], ir </w:t>
      </w:r>
    </w:p>
    <w:p w14:paraId="15EBB00C" w14:textId="5AC0180E" w:rsidR="00480CEC" w:rsidRPr="005E6C5B" w:rsidRDefault="00480CEC" w:rsidP="00F476FB">
      <w:pPr>
        <w:ind w:firstLine="720"/>
        <w:jc w:val="both"/>
        <w:rPr>
          <w:lang w:val="lt-LT"/>
        </w:rPr>
      </w:pPr>
      <w:r w:rsidRPr="005E6C5B">
        <w:rPr>
          <w:b/>
          <w:lang w:val="lt-LT"/>
        </w:rPr>
        <w:t>[programos vykdytojas]</w:t>
      </w:r>
      <w:r w:rsidRPr="005E6C5B">
        <w:rPr>
          <w:bCs/>
          <w:lang w:val="lt-LT"/>
        </w:rPr>
        <w:t>,</w:t>
      </w:r>
      <w:r w:rsidRPr="005E6C5B">
        <w:rPr>
          <w:lang w:val="lt-LT"/>
        </w:rPr>
        <w:t xml:space="preserve"> juridinio asmens kodas [kodas] (toliau – Programos vykdytojas), atstovaujamas (-a) [pareigos, vardas, pavardė], veikiančio (-</w:t>
      </w:r>
      <w:proofErr w:type="spellStart"/>
      <w:r w:rsidRPr="005E6C5B">
        <w:rPr>
          <w:lang w:val="lt-LT"/>
        </w:rPr>
        <w:t>ios</w:t>
      </w:r>
      <w:proofErr w:type="spellEnd"/>
      <w:r w:rsidRPr="005E6C5B">
        <w:rPr>
          <w:lang w:val="lt-LT"/>
        </w:rPr>
        <w:t xml:space="preserve">) pagal [veikimo pagrindas], kartu vadinami Šalimis, o kiekvienas atskirai – Šalimi, vadovaudamiesi Panevėžio miesto futbolo sporto šakos 2025–2027 metų plėtros programos finansavimo iš </w:t>
      </w:r>
      <w:r w:rsidR="00FF36B6" w:rsidRPr="005E6C5B">
        <w:rPr>
          <w:lang w:val="lt-LT"/>
        </w:rPr>
        <w:t>s</w:t>
      </w:r>
      <w:r w:rsidRPr="005E6C5B">
        <w:rPr>
          <w:lang w:val="lt-LT"/>
        </w:rPr>
        <w:t>avivaldybės biudžeto lėšų konkurso nuostatais, patvirtintais Panevėžio miesto savivaldybės tarybos 2024 m. gruodžio 27 d. sprendimu Nr. 1-563</w:t>
      </w:r>
      <w:r w:rsidR="00FF36B6" w:rsidRPr="005E6C5B">
        <w:rPr>
          <w:lang w:val="lt-LT"/>
        </w:rPr>
        <w:t xml:space="preserve"> „</w:t>
      </w:r>
      <w:r w:rsidR="00FF36B6" w:rsidRPr="005E6C5B">
        <w:rPr>
          <w:szCs w:val="24"/>
          <w:lang w:val="lt-LT"/>
        </w:rPr>
        <w:t>Dėl Panevėžio miesto futbolo sporto šakos 2025–2027 metų plėtros programos ir jos finansavimo iš savivaldybės biudžeto lėšų konkurso nuostatų patvirtinimo“,</w:t>
      </w:r>
      <w:r w:rsidRPr="005E6C5B">
        <w:rPr>
          <w:lang w:val="lt-LT"/>
        </w:rPr>
        <w:t xml:space="preserve"> (aktuali redakcija) (toliau</w:t>
      </w:r>
      <w:r w:rsidR="00FF36B6" w:rsidRPr="005E6C5B">
        <w:rPr>
          <w:lang w:val="lt-LT"/>
        </w:rPr>
        <w:t> </w:t>
      </w:r>
      <w:r w:rsidRPr="005E6C5B">
        <w:rPr>
          <w:lang w:val="lt-LT"/>
        </w:rPr>
        <w:t>– Nuostatai), Panevėžio miesto savivaldybės mero [data] potvarkiu Nr. [numeris] „[pavadinimas]“</w:t>
      </w:r>
      <w:r w:rsidR="00DB420C" w:rsidRPr="005E6C5B">
        <w:rPr>
          <w:lang w:val="lt-LT"/>
        </w:rPr>
        <w:t xml:space="preserve"> </w:t>
      </w:r>
      <w:r w:rsidRPr="005E6C5B">
        <w:rPr>
          <w:lang w:val="lt-LT"/>
        </w:rPr>
        <w:t xml:space="preserve">ir Programos vykdytojo konkursui pateikta paraiška, sudarė šią Savivaldybės biudžeto lėšų naudojimo </w:t>
      </w:r>
      <w:r w:rsidR="00DB420C" w:rsidRPr="005E6C5B">
        <w:rPr>
          <w:lang w:val="lt-LT"/>
        </w:rPr>
        <w:t>s</w:t>
      </w:r>
      <w:r w:rsidRPr="005E6C5B">
        <w:rPr>
          <w:lang w:val="lt-LT"/>
        </w:rPr>
        <w:t xml:space="preserve">utartį (toliau – </w:t>
      </w:r>
      <w:r w:rsidR="008D42CD" w:rsidRPr="005E6C5B">
        <w:rPr>
          <w:lang w:val="lt-LT"/>
        </w:rPr>
        <w:t>S</w:t>
      </w:r>
      <w:r w:rsidRPr="005E6C5B">
        <w:rPr>
          <w:lang w:val="lt-LT"/>
        </w:rPr>
        <w:t>utartis).</w:t>
      </w:r>
    </w:p>
    <w:p w14:paraId="0DCD881E" w14:textId="77777777" w:rsidR="00DB420C" w:rsidRPr="005E6C5B" w:rsidRDefault="00DB420C" w:rsidP="00F476FB">
      <w:pPr>
        <w:ind w:firstLine="720"/>
        <w:jc w:val="both"/>
        <w:rPr>
          <w:rFonts w:cs="Times New Roman"/>
          <w:szCs w:val="24"/>
          <w:lang w:val="lt-LT"/>
        </w:rPr>
      </w:pPr>
    </w:p>
    <w:p w14:paraId="20EB8C84" w14:textId="77777777" w:rsidR="00001131" w:rsidRPr="005E6C5B" w:rsidRDefault="00FF1FB7" w:rsidP="00F476FB">
      <w:pPr>
        <w:keepNext/>
        <w:jc w:val="center"/>
        <w:rPr>
          <w:lang w:val="lt-LT"/>
        </w:rPr>
      </w:pPr>
      <w:r w:rsidRPr="005E6C5B">
        <w:rPr>
          <w:b/>
          <w:lang w:val="lt-LT"/>
        </w:rPr>
        <w:t>I SKYRIUS</w:t>
      </w:r>
    </w:p>
    <w:p w14:paraId="077A5E7A" w14:textId="77777777" w:rsidR="00001131" w:rsidRPr="005E6C5B" w:rsidRDefault="00FF1FB7" w:rsidP="00F476FB">
      <w:pPr>
        <w:keepNext/>
        <w:jc w:val="center"/>
        <w:rPr>
          <w:b/>
          <w:lang w:val="lt-LT"/>
        </w:rPr>
      </w:pPr>
      <w:r w:rsidRPr="005E6C5B">
        <w:rPr>
          <w:b/>
          <w:lang w:val="lt-LT"/>
        </w:rPr>
        <w:t>SUTARTIES DALYKAS IR PROGRAMOS ĮGYVENDINIMO SĄLYGOS</w:t>
      </w:r>
    </w:p>
    <w:p w14:paraId="7C871C79" w14:textId="77777777" w:rsidR="00480CEC" w:rsidRPr="005E6C5B" w:rsidRDefault="00480CEC" w:rsidP="00F476FB">
      <w:pPr>
        <w:keepNext/>
        <w:ind w:firstLine="720"/>
        <w:jc w:val="center"/>
        <w:rPr>
          <w:lang w:val="lt-LT"/>
        </w:rPr>
      </w:pPr>
    </w:p>
    <w:p w14:paraId="665C49F6" w14:textId="64316403" w:rsidR="00001131" w:rsidRPr="005E6C5B" w:rsidRDefault="00FF1FB7" w:rsidP="00340898">
      <w:pPr>
        <w:ind w:firstLine="720"/>
        <w:jc w:val="both"/>
        <w:rPr>
          <w:lang w:val="lt-LT"/>
        </w:rPr>
      </w:pPr>
      <w:r w:rsidRPr="005E6C5B">
        <w:rPr>
          <w:lang w:val="lt-LT"/>
        </w:rPr>
        <w:t xml:space="preserve">1. Sutarties dalykas – </w:t>
      </w:r>
      <w:r w:rsidR="00340898" w:rsidRPr="005E6C5B">
        <w:rPr>
          <w:lang w:val="lt-LT"/>
        </w:rPr>
        <w:t xml:space="preserve">Savivaldybės biudžeto lėšų, paskirstytų ketvirčiais pagal išlaidų straipsnius Programos išlaidų sąmatoje (Sutarties 1 priedas) </w:t>
      </w:r>
      <w:r w:rsidRPr="005E6C5B">
        <w:rPr>
          <w:lang w:val="lt-LT"/>
        </w:rPr>
        <w:t>skyrimas Programos vykdytojui Panevėžio miesto futbolo sporto šakos 2025–2027 metų plėtros programos (toliau – Programa) [20__</w:t>
      </w:r>
      <w:r w:rsidR="008737D2" w:rsidRPr="005E6C5B">
        <w:rPr>
          <w:lang w:val="lt-LT"/>
        </w:rPr>
        <w:t xml:space="preserve"> </w:t>
      </w:r>
      <w:r w:rsidRPr="005E6C5B">
        <w:rPr>
          <w:lang w:val="lt-LT"/>
        </w:rPr>
        <w:t xml:space="preserve">] metų veikloms įgyvendinti ir šių lėšų naudojimo, atsiskaitymo, kontrolės </w:t>
      </w:r>
      <w:r w:rsidR="00FF36B6" w:rsidRPr="005E6C5B">
        <w:rPr>
          <w:lang w:val="lt-LT"/>
        </w:rPr>
        <w:t>ir</w:t>
      </w:r>
      <w:r w:rsidRPr="005E6C5B">
        <w:rPr>
          <w:lang w:val="lt-LT"/>
        </w:rPr>
        <w:t xml:space="preserve"> Šalių atsakomybės sąlygų nustatymas.</w:t>
      </w:r>
      <w:r w:rsidR="00340898" w:rsidRPr="005E6C5B">
        <w:rPr>
          <w:lang w:val="lt-LT"/>
        </w:rPr>
        <w:t xml:space="preserve"> </w:t>
      </w:r>
    </w:p>
    <w:p w14:paraId="7D8E53E1" w14:textId="67CAC052" w:rsidR="00001131" w:rsidRPr="005E6C5B" w:rsidRDefault="00FF1FB7" w:rsidP="00F476FB">
      <w:pPr>
        <w:ind w:firstLine="720"/>
        <w:jc w:val="both"/>
        <w:rPr>
          <w:lang w:val="lt-LT"/>
        </w:rPr>
      </w:pPr>
      <w:r w:rsidRPr="005E6C5B">
        <w:rPr>
          <w:lang w:val="lt-LT"/>
        </w:rPr>
        <w:t xml:space="preserve">2. Savivaldybės administracija skiria, o Programos vykdytojas įsipareigoja naudoti Savivaldybės biudžeto lėšas Programai įgyvendinti Nuostatų, šios </w:t>
      </w:r>
      <w:r w:rsidR="008D42CD" w:rsidRPr="005E6C5B">
        <w:rPr>
          <w:lang w:val="lt-LT"/>
        </w:rPr>
        <w:t>S</w:t>
      </w:r>
      <w:r w:rsidR="00D9532F" w:rsidRPr="005E6C5B">
        <w:rPr>
          <w:rFonts w:cs="Times New Roman"/>
          <w:szCs w:val="24"/>
          <w:lang w:val="lt-LT"/>
        </w:rPr>
        <w:t>utarties</w:t>
      </w:r>
      <w:r w:rsidR="00D9532F" w:rsidRPr="005E6C5B">
        <w:rPr>
          <w:lang w:val="lt-LT"/>
        </w:rPr>
        <w:t xml:space="preserve"> </w:t>
      </w:r>
      <w:r w:rsidRPr="005E6C5B">
        <w:rPr>
          <w:lang w:val="lt-LT"/>
        </w:rPr>
        <w:t>ir jos priedų nustatyta tvarka.</w:t>
      </w:r>
    </w:p>
    <w:p w14:paraId="5834E60F" w14:textId="28DBA43A" w:rsidR="00001131" w:rsidRPr="005E6C5B" w:rsidRDefault="00FF1FB7" w:rsidP="00F476FB">
      <w:pPr>
        <w:ind w:firstLine="720"/>
        <w:jc w:val="both"/>
        <w:rPr>
          <w:lang w:val="lt-LT"/>
        </w:rPr>
      </w:pPr>
      <w:r w:rsidRPr="005E6C5B">
        <w:rPr>
          <w:lang w:val="lt-LT"/>
        </w:rPr>
        <w:t xml:space="preserve">3. Ši </w:t>
      </w:r>
      <w:r w:rsidR="008D42CD" w:rsidRPr="005E6C5B">
        <w:rPr>
          <w:lang w:val="lt-LT"/>
        </w:rPr>
        <w:t>S</w:t>
      </w:r>
      <w:r w:rsidRPr="005E6C5B">
        <w:rPr>
          <w:lang w:val="lt-LT"/>
        </w:rPr>
        <w:t>utartis sudaroma tik [20__</w:t>
      </w:r>
      <w:r w:rsidR="008737D2" w:rsidRPr="005E6C5B">
        <w:rPr>
          <w:lang w:val="lt-LT"/>
        </w:rPr>
        <w:t xml:space="preserve"> </w:t>
      </w:r>
      <w:r w:rsidRPr="005E6C5B">
        <w:rPr>
          <w:lang w:val="lt-LT"/>
        </w:rPr>
        <w:t>] metų Program</w:t>
      </w:r>
      <w:r w:rsidR="00FF36B6" w:rsidRPr="005E6C5B">
        <w:rPr>
          <w:lang w:val="lt-LT"/>
        </w:rPr>
        <w:t>ai</w:t>
      </w:r>
      <w:r w:rsidRPr="005E6C5B">
        <w:rPr>
          <w:lang w:val="lt-LT"/>
        </w:rPr>
        <w:t xml:space="preserve"> finans</w:t>
      </w:r>
      <w:r w:rsidR="00327994" w:rsidRPr="005E6C5B">
        <w:rPr>
          <w:lang w:val="lt-LT"/>
        </w:rPr>
        <w:t>uot</w:t>
      </w:r>
      <w:r w:rsidRPr="005E6C5B">
        <w:rPr>
          <w:lang w:val="lt-LT"/>
        </w:rPr>
        <w:t xml:space="preserve">i ir savaime nesukuria Programos vykdytojui teisės gauti finansavimą kitais Programos įgyvendinimo metais. Dėl kiekvienų kitų Programos įgyvendinimo metų finansavimo ir jo dydžio sprendžiama Nuostatų nustatyta tvarka ir sudaroma atskira </w:t>
      </w:r>
      <w:r w:rsidR="008D42CD" w:rsidRPr="005E6C5B">
        <w:rPr>
          <w:lang w:val="lt-LT"/>
        </w:rPr>
        <w:t>S</w:t>
      </w:r>
      <w:r w:rsidRPr="005E6C5B">
        <w:rPr>
          <w:lang w:val="lt-LT"/>
        </w:rPr>
        <w:t>utartis.</w:t>
      </w:r>
    </w:p>
    <w:p w14:paraId="006AA917" w14:textId="4FF623C4" w:rsidR="00001131" w:rsidRPr="005E6C5B" w:rsidRDefault="00FF1FB7" w:rsidP="00F476FB">
      <w:pPr>
        <w:ind w:firstLine="720"/>
        <w:jc w:val="both"/>
        <w:rPr>
          <w:lang w:val="lt-LT"/>
        </w:rPr>
      </w:pPr>
      <w:r w:rsidRPr="005E6C5B">
        <w:rPr>
          <w:lang w:val="lt-LT"/>
        </w:rPr>
        <w:t xml:space="preserve">4. Programos įgyvendinimo pagal šią </w:t>
      </w:r>
      <w:r w:rsidR="008D42CD" w:rsidRPr="005E6C5B">
        <w:rPr>
          <w:lang w:val="lt-LT"/>
        </w:rPr>
        <w:t>S</w:t>
      </w:r>
      <w:r w:rsidR="00D9532F" w:rsidRPr="005E6C5B">
        <w:rPr>
          <w:rFonts w:cs="Times New Roman"/>
          <w:szCs w:val="24"/>
          <w:lang w:val="lt-LT"/>
        </w:rPr>
        <w:t>utartį</w:t>
      </w:r>
      <w:r w:rsidR="00D9532F" w:rsidRPr="005E6C5B">
        <w:rPr>
          <w:lang w:val="lt-LT"/>
        </w:rPr>
        <w:t xml:space="preserve"> </w:t>
      </w:r>
      <w:r w:rsidRPr="005E6C5B">
        <w:rPr>
          <w:lang w:val="lt-LT"/>
        </w:rPr>
        <w:t>laikotarpis – nuo [</w:t>
      </w:r>
      <w:r w:rsidR="00D9532F" w:rsidRPr="005E6C5B">
        <w:rPr>
          <w:lang w:val="lt-LT"/>
        </w:rPr>
        <w:t>20</w:t>
      </w:r>
      <w:r w:rsidR="00D9532F" w:rsidRPr="005E6C5B">
        <w:rPr>
          <w:smallCaps/>
          <w:lang w:val="lt-LT"/>
        </w:rPr>
        <w:t>__</w:t>
      </w:r>
      <w:r w:rsidR="00D9532F" w:rsidRPr="005E6C5B">
        <w:rPr>
          <w:lang w:val="lt-LT"/>
        </w:rPr>
        <w:t xml:space="preserve"> m. sausio 1 d</w:t>
      </w:r>
      <w:r w:rsidRPr="005E6C5B">
        <w:rPr>
          <w:lang w:val="lt-LT"/>
        </w:rPr>
        <w:t>.] iki [</w:t>
      </w:r>
      <w:r w:rsidR="00D9532F" w:rsidRPr="005E6C5B">
        <w:rPr>
          <w:lang w:val="lt-LT"/>
        </w:rPr>
        <w:t>20__ m.</w:t>
      </w:r>
      <w:r w:rsidR="00D9532F" w:rsidRPr="005E6C5B">
        <w:rPr>
          <w:smallCaps/>
          <w:lang w:val="lt-LT"/>
        </w:rPr>
        <w:t xml:space="preserve"> </w:t>
      </w:r>
      <w:r w:rsidR="00D9532F" w:rsidRPr="005E6C5B">
        <w:rPr>
          <w:lang w:val="lt-LT"/>
        </w:rPr>
        <w:t>gruodžio 31 d</w:t>
      </w:r>
      <w:r w:rsidRPr="005E6C5B">
        <w:rPr>
          <w:lang w:val="lt-LT"/>
        </w:rPr>
        <w:t xml:space="preserve">.], atsižvelgiant į </w:t>
      </w:r>
      <w:r w:rsidR="008D42CD" w:rsidRPr="005E6C5B">
        <w:rPr>
          <w:lang w:val="lt-LT"/>
        </w:rPr>
        <w:t>S</w:t>
      </w:r>
      <w:r w:rsidR="00D9532F" w:rsidRPr="005E6C5B">
        <w:rPr>
          <w:rFonts w:cs="Times New Roman"/>
          <w:szCs w:val="24"/>
          <w:lang w:val="lt-LT"/>
        </w:rPr>
        <w:t>utarties</w:t>
      </w:r>
      <w:r w:rsidR="00D9532F" w:rsidRPr="005E6C5B">
        <w:rPr>
          <w:lang w:val="lt-LT"/>
        </w:rPr>
        <w:t xml:space="preserve"> </w:t>
      </w:r>
      <w:r w:rsidRPr="005E6C5B">
        <w:rPr>
          <w:lang w:val="lt-LT"/>
        </w:rPr>
        <w:t>nuostatas dėl iki jos sudarymo patirtų tinkamų finansuoti išlaidų.</w:t>
      </w:r>
      <w:r w:rsidR="00C84FFE" w:rsidRPr="005E6C5B">
        <w:rPr>
          <w:lang w:val="lt-LT"/>
        </w:rPr>
        <w:t xml:space="preserve"> </w:t>
      </w:r>
    </w:p>
    <w:p w14:paraId="16E59074" w14:textId="0D5AFCC3" w:rsidR="00001131" w:rsidRPr="005E6C5B" w:rsidRDefault="00FF1FB7" w:rsidP="00F476FB">
      <w:pPr>
        <w:ind w:firstLine="720"/>
        <w:jc w:val="both"/>
        <w:rPr>
          <w:b/>
          <w:lang w:val="lt-LT"/>
        </w:rPr>
      </w:pPr>
      <w:r w:rsidRPr="005E6C5B">
        <w:rPr>
          <w:lang w:val="lt-LT"/>
        </w:rPr>
        <w:t xml:space="preserve">5. Atitinkamų metų Programos veiklų planas – Programos veiklos, jų apimtis, vykdymo laikotarpiai ir su konkrečiomis veiklomis susijusios išlaidos – nurodomas </w:t>
      </w:r>
      <w:r w:rsidR="008D42CD" w:rsidRPr="005E6C5B">
        <w:rPr>
          <w:lang w:val="lt-LT"/>
        </w:rPr>
        <w:t>S</w:t>
      </w:r>
      <w:r w:rsidRPr="005E6C5B">
        <w:rPr>
          <w:lang w:val="lt-LT"/>
        </w:rPr>
        <w:t>utarties 2</w:t>
      </w:r>
      <w:r w:rsidR="00327994" w:rsidRPr="005E6C5B">
        <w:rPr>
          <w:lang w:val="lt-LT"/>
        </w:rPr>
        <w:t> </w:t>
      </w:r>
      <w:r w:rsidR="008737D2" w:rsidRPr="005E6C5B">
        <w:rPr>
          <w:lang w:val="lt-LT"/>
        </w:rPr>
        <w:t xml:space="preserve"> </w:t>
      </w:r>
      <w:r w:rsidRPr="005E6C5B">
        <w:rPr>
          <w:lang w:val="lt-LT"/>
        </w:rPr>
        <w:t>priede – Programos veiklos detalioje išlaidų sąmatoje.</w:t>
      </w:r>
    </w:p>
    <w:p w14:paraId="7FE37559" w14:textId="2C200A21" w:rsidR="00001131" w:rsidRPr="005E6C5B" w:rsidRDefault="00FF1FB7" w:rsidP="00F476FB">
      <w:pPr>
        <w:ind w:firstLine="720"/>
        <w:jc w:val="both"/>
        <w:rPr>
          <w:b/>
          <w:lang w:val="lt-LT"/>
        </w:rPr>
      </w:pPr>
      <w:r w:rsidRPr="005E6C5B">
        <w:rPr>
          <w:lang w:val="lt-LT"/>
        </w:rPr>
        <w:t xml:space="preserve">6. Atitinkamų metų Programos uždaviniai, siektini rezultatai ir privalomieji kriterijai bei jų planuojamos reikšmės nurodomi </w:t>
      </w:r>
      <w:r w:rsidR="008D42CD" w:rsidRPr="005E6C5B">
        <w:rPr>
          <w:lang w:val="lt-LT"/>
        </w:rPr>
        <w:t>S</w:t>
      </w:r>
      <w:r w:rsidRPr="005E6C5B">
        <w:rPr>
          <w:lang w:val="lt-LT"/>
        </w:rPr>
        <w:t xml:space="preserve">utarties </w:t>
      </w:r>
      <w:r w:rsidR="00340898" w:rsidRPr="005E6C5B">
        <w:rPr>
          <w:lang w:val="lt-LT"/>
        </w:rPr>
        <w:t>3</w:t>
      </w:r>
      <w:r w:rsidR="008737D2" w:rsidRPr="005E6C5B">
        <w:rPr>
          <w:lang w:val="lt-LT"/>
        </w:rPr>
        <w:t xml:space="preserve"> </w:t>
      </w:r>
      <w:r w:rsidRPr="005E6C5B">
        <w:rPr>
          <w:lang w:val="lt-LT"/>
        </w:rPr>
        <w:t>priede. Tarpinis ir metinis jų faktinis įvykdymas nurodomas pagal tame pačiame priede nustatytą ataskaitos formą.</w:t>
      </w:r>
    </w:p>
    <w:p w14:paraId="5419E06A" w14:textId="4BC84BD8" w:rsidR="00001131" w:rsidRPr="005E6C5B" w:rsidRDefault="00FF1FB7" w:rsidP="00F476FB">
      <w:pPr>
        <w:ind w:firstLine="720"/>
        <w:jc w:val="both"/>
        <w:rPr>
          <w:lang w:val="lt-LT"/>
        </w:rPr>
      </w:pPr>
      <w:r w:rsidRPr="005E6C5B">
        <w:rPr>
          <w:lang w:val="lt-LT"/>
        </w:rPr>
        <w:lastRenderedPageBreak/>
        <w:t xml:space="preserve">7. Programos vykdytojas Programą įgyvendina pagal konkursui pateiktą paraišką ir joje prisiimtus įsipareigojimus tiek, kiek jie neprieštarauja Nuostatams, Savivaldybės mero sprendimui dėl finansavimo, šiai </w:t>
      </w:r>
      <w:r w:rsidR="008D42CD" w:rsidRPr="005E6C5B">
        <w:rPr>
          <w:lang w:val="lt-LT"/>
        </w:rPr>
        <w:t>S</w:t>
      </w:r>
      <w:r w:rsidR="00D9532F" w:rsidRPr="005E6C5B">
        <w:rPr>
          <w:rFonts w:cs="Times New Roman"/>
          <w:szCs w:val="24"/>
          <w:lang w:val="lt-LT"/>
        </w:rPr>
        <w:t xml:space="preserve">utarčiai </w:t>
      </w:r>
      <w:r w:rsidRPr="005E6C5B">
        <w:rPr>
          <w:lang w:val="lt-LT"/>
        </w:rPr>
        <w:t>ir jos priedams.</w:t>
      </w:r>
    </w:p>
    <w:p w14:paraId="7FC31526" w14:textId="52C4510F" w:rsidR="00001131" w:rsidRPr="005E6C5B" w:rsidRDefault="00FF1FB7" w:rsidP="00F476FB">
      <w:pPr>
        <w:ind w:firstLine="720"/>
        <w:jc w:val="both"/>
        <w:rPr>
          <w:lang w:val="lt-LT"/>
        </w:rPr>
      </w:pPr>
      <w:r w:rsidRPr="005E6C5B">
        <w:rPr>
          <w:lang w:val="lt-LT"/>
        </w:rPr>
        <w:t xml:space="preserve">8. </w:t>
      </w:r>
      <w:r w:rsidR="008D42CD" w:rsidRPr="005E6C5B">
        <w:rPr>
          <w:lang w:val="lt-LT"/>
        </w:rPr>
        <w:t>S</w:t>
      </w:r>
      <w:r w:rsidR="00D9532F" w:rsidRPr="005E6C5B">
        <w:rPr>
          <w:rFonts w:cs="Times New Roman"/>
          <w:szCs w:val="24"/>
          <w:lang w:val="lt-LT"/>
        </w:rPr>
        <w:t>utarties</w:t>
      </w:r>
      <w:r w:rsidR="00D9532F" w:rsidRPr="005E6C5B">
        <w:rPr>
          <w:lang w:val="lt-LT"/>
        </w:rPr>
        <w:t xml:space="preserve"> </w:t>
      </w:r>
      <w:r w:rsidRPr="005E6C5B">
        <w:rPr>
          <w:lang w:val="lt-LT"/>
        </w:rPr>
        <w:t xml:space="preserve">priedai yra neatskiriama </w:t>
      </w:r>
      <w:r w:rsidR="008D42CD" w:rsidRPr="005E6C5B">
        <w:rPr>
          <w:lang w:val="lt-LT"/>
        </w:rPr>
        <w:t>S</w:t>
      </w:r>
      <w:r w:rsidR="00D9532F" w:rsidRPr="005E6C5B">
        <w:rPr>
          <w:rFonts w:cs="Times New Roman"/>
          <w:szCs w:val="24"/>
          <w:lang w:val="lt-LT"/>
        </w:rPr>
        <w:t>utarties</w:t>
      </w:r>
      <w:r w:rsidR="00D9532F" w:rsidRPr="005E6C5B">
        <w:rPr>
          <w:lang w:val="lt-LT"/>
        </w:rPr>
        <w:t xml:space="preserve"> </w:t>
      </w:r>
      <w:r w:rsidRPr="005E6C5B">
        <w:rPr>
          <w:lang w:val="lt-LT"/>
        </w:rPr>
        <w:t>dalis.</w:t>
      </w:r>
    </w:p>
    <w:p w14:paraId="7A0F606A" w14:textId="77777777" w:rsidR="00480CEC" w:rsidRPr="005E6C5B" w:rsidRDefault="00480CEC" w:rsidP="00F476FB">
      <w:pPr>
        <w:ind w:firstLine="720"/>
        <w:jc w:val="both"/>
        <w:rPr>
          <w:lang w:val="lt-LT"/>
        </w:rPr>
      </w:pPr>
    </w:p>
    <w:p w14:paraId="3AF2CE66" w14:textId="77777777" w:rsidR="00001131" w:rsidRPr="005E6C5B" w:rsidRDefault="00FF1FB7" w:rsidP="00F476FB">
      <w:pPr>
        <w:keepNext/>
        <w:jc w:val="center"/>
        <w:rPr>
          <w:lang w:val="lt-LT"/>
        </w:rPr>
      </w:pPr>
      <w:r w:rsidRPr="005E6C5B">
        <w:rPr>
          <w:b/>
          <w:lang w:val="lt-LT"/>
        </w:rPr>
        <w:t>II SKYRIUS</w:t>
      </w:r>
    </w:p>
    <w:p w14:paraId="0FE4FDB1" w14:textId="77777777" w:rsidR="00001131" w:rsidRPr="005E6C5B" w:rsidRDefault="00FF1FB7" w:rsidP="00F476FB">
      <w:pPr>
        <w:keepNext/>
        <w:jc w:val="center"/>
        <w:rPr>
          <w:b/>
          <w:lang w:val="lt-LT"/>
        </w:rPr>
      </w:pPr>
      <w:r w:rsidRPr="005E6C5B">
        <w:rPr>
          <w:b/>
          <w:lang w:val="lt-LT"/>
        </w:rPr>
        <w:t>FINANSAVIMO DYDIS, PROGRAMOS VYKDYTOJO INDĖLIS IR LĖŠŲ PERVEDIMAS</w:t>
      </w:r>
    </w:p>
    <w:p w14:paraId="5EE53296" w14:textId="77777777" w:rsidR="00480CEC" w:rsidRPr="005E6C5B" w:rsidRDefault="00480CEC" w:rsidP="00F476FB">
      <w:pPr>
        <w:keepNext/>
        <w:ind w:firstLine="720"/>
        <w:jc w:val="center"/>
        <w:rPr>
          <w:lang w:val="lt-LT"/>
        </w:rPr>
      </w:pPr>
    </w:p>
    <w:p w14:paraId="19D282AE" w14:textId="77777777" w:rsidR="00001131" w:rsidRPr="005E6C5B" w:rsidRDefault="00FF1FB7" w:rsidP="00F476FB">
      <w:pPr>
        <w:ind w:firstLine="720"/>
        <w:jc w:val="both"/>
        <w:rPr>
          <w:lang w:val="lt-LT"/>
        </w:rPr>
      </w:pPr>
      <w:r w:rsidRPr="005E6C5B">
        <w:rPr>
          <w:lang w:val="lt-LT"/>
        </w:rPr>
        <w:t>9. Bendra [20__] metų Programos išlaidų suma – [</w:t>
      </w:r>
      <w:r w:rsidR="00D9532F" w:rsidRPr="005E6C5B">
        <w:rPr>
          <w:szCs w:val="24"/>
          <w:lang w:val="lt-LT"/>
        </w:rPr>
        <w:t>bendra suma</w:t>
      </w:r>
      <w:r w:rsidRPr="005E6C5B">
        <w:rPr>
          <w:lang w:val="lt-LT"/>
        </w:rPr>
        <w:t>] Eur, iš jų:</w:t>
      </w:r>
    </w:p>
    <w:p w14:paraId="3BEC0D0D" w14:textId="77777777" w:rsidR="00001131" w:rsidRPr="005E6C5B" w:rsidRDefault="00FF1FB7" w:rsidP="00F476FB">
      <w:pPr>
        <w:ind w:firstLine="720"/>
        <w:jc w:val="both"/>
        <w:rPr>
          <w:lang w:val="lt-LT"/>
        </w:rPr>
      </w:pPr>
      <w:r w:rsidRPr="005E6C5B">
        <w:rPr>
          <w:lang w:val="lt-LT"/>
        </w:rPr>
        <w:t>9.1. Savivaldybės biudžeto lėšos – [</w:t>
      </w:r>
      <w:r w:rsidR="00D9532F" w:rsidRPr="005E6C5B">
        <w:rPr>
          <w:lang w:val="lt-LT"/>
        </w:rPr>
        <w:t>suma</w:t>
      </w:r>
      <w:r w:rsidRPr="005E6C5B">
        <w:rPr>
          <w:lang w:val="lt-LT"/>
        </w:rPr>
        <w:t>] Eur;</w:t>
      </w:r>
    </w:p>
    <w:p w14:paraId="69BD7C45" w14:textId="2BD64870" w:rsidR="00001131" w:rsidRPr="005E6C5B" w:rsidRDefault="00FF1FB7" w:rsidP="00F476FB">
      <w:pPr>
        <w:ind w:firstLine="720"/>
        <w:jc w:val="both"/>
        <w:rPr>
          <w:lang w:val="lt-LT"/>
        </w:rPr>
      </w:pPr>
      <w:r w:rsidRPr="005E6C5B">
        <w:rPr>
          <w:lang w:val="lt-LT"/>
        </w:rPr>
        <w:t>9.2. Programos vykdytojo ir (ar) partnerių (rėmėjų) finansinis ir (ar) nepiniginis indėlis</w:t>
      </w:r>
      <w:r w:rsidR="00327994" w:rsidRPr="005E6C5B">
        <w:rPr>
          <w:lang w:val="lt-LT"/>
        </w:rPr>
        <w:t> </w:t>
      </w:r>
      <w:r w:rsidRPr="005E6C5B">
        <w:rPr>
          <w:lang w:val="lt-LT"/>
        </w:rPr>
        <w:t>– [</w:t>
      </w:r>
      <w:r w:rsidR="00D9532F" w:rsidRPr="005E6C5B">
        <w:rPr>
          <w:lang w:val="lt-LT"/>
        </w:rPr>
        <w:t>suma</w:t>
      </w:r>
      <w:r w:rsidRPr="005E6C5B">
        <w:rPr>
          <w:lang w:val="lt-LT"/>
        </w:rPr>
        <w:t>] Eur.</w:t>
      </w:r>
    </w:p>
    <w:p w14:paraId="25554706" w14:textId="37373E97" w:rsidR="00001131" w:rsidRPr="005E6C5B" w:rsidRDefault="00FF1FB7" w:rsidP="00F476FB">
      <w:pPr>
        <w:ind w:firstLine="720"/>
        <w:jc w:val="both"/>
        <w:rPr>
          <w:lang w:val="lt-LT"/>
        </w:rPr>
      </w:pPr>
      <w:r w:rsidRPr="005E6C5B">
        <w:rPr>
          <w:lang w:val="lt-LT"/>
        </w:rPr>
        <w:t>10. Programos vykdytojas įsipareigoja užtikrinti, kad jo ir (ar) jo partnerių (rėmėjų) indėlis sudarytų ne mažiau kaip 10 procentų bendro atitinkamų metų Programos veiklų išlaidų poreikio.</w:t>
      </w:r>
    </w:p>
    <w:p w14:paraId="5392707E" w14:textId="77777777" w:rsidR="00001131" w:rsidRPr="005E6C5B" w:rsidRDefault="00FF1FB7" w:rsidP="00F476FB">
      <w:pPr>
        <w:ind w:firstLine="720"/>
        <w:jc w:val="both"/>
        <w:rPr>
          <w:lang w:val="lt-LT"/>
        </w:rPr>
      </w:pPr>
      <w:r w:rsidRPr="005E6C5B">
        <w:rPr>
          <w:lang w:val="lt-LT"/>
        </w:rPr>
        <w:t>11. Savivaldybės biudžeto lėšomis finansuojama Programos dalis negali būti didesnė kaip 90 procentų Programai įgyvendinti reikalingų atitinkamų metų lėšų.</w:t>
      </w:r>
    </w:p>
    <w:p w14:paraId="580E7CDA" w14:textId="77777777" w:rsidR="00C12A7C" w:rsidRPr="005E6C5B" w:rsidRDefault="00FF1FB7" w:rsidP="00F476FB">
      <w:pPr>
        <w:ind w:firstLine="720"/>
        <w:jc w:val="both"/>
        <w:rPr>
          <w:lang w:val="lt-LT"/>
        </w:rPr>
      </w:pPr>
      <w:r w:rsidRPr="005E6C5B">
        <w:rPr>
          <w:lang w:val="lt-LT"/>
        </w:rPr>
        <w:t xml:space="preserve">12. Savivaldybės biudžeto lėšos pervedamos į Programos vykdytojo atsiskaitomąją </w:t>
      </w:r>
      <w:r w:rsidR="00C12A7C" w:rsidRPr="005E6C5B">
        <w:rPr>
          <w:lang w:val="lt-LT"/>
        </w:rPr>
        <w:t>sąskaitą [sąskaitos numeris, bankas].</w:t>
      </w:r>
    </w:p>
    <w:p w14:paraId="78E2F780" w14:textId="7F43688A" w:rsidR="00001131" w:rsidRPr="005E6C5B" w:rsidRDefault="00FF1FB7" w:rsidP="00F476FB">
      <w:pPr>
        <w:ind w:firstLine="720"/>
        <w:jc w:val="both"/>
        <w:rPr>
          <w:lang w:val="lt-LT"/>
        </w:rPr>
      </w:pPr>
      <w:r w:rsidRPr="005E6C5B">
        <w:rPr>
          <w:lang w:val="lt-LT"/>
        </w:rPr>
        <w:t>13. Savivaldybės biudžeto lėšos Programos vykdytojui pervedamos kas ketvirtį šiomis dalimis:</w:t>
      </w:r>
    </w:p>
    <w:p w14:paraId="363DF2EB" w14:textId="77777777" w:rsidR="00001131" w:rsidRPr="005E6C5B" w:rsidRDefault="00FF1FB7" w:rsidP="00F476FB">
      <w:pPr>
        <w:ind w:firstLine="720"/>
        <w:jc w:val="both"/>
        <w:rPr>
          <w:szCs w:val="24"/>
          <w:lang w:val="lt-LT"/>
        </w:rPr>
      </w:pPr>
      <w:r w:rsidRPr="005E6C5B">
        <w:rPr>
          <w:szCs w:val="24"/>
          <w:lang w:val="lt-LT"/>
        </w:rPr>
        <w:t>13.1. [</w:t>
      </w:r>
      <w:r w:rsidR="00D9532F" w:rsidRPr="005E6C5B">
        <w:rPr>
          <w:szCs w:val="24"/>
          <w:lang w:val="lt-LT"/>
        </w:rPr>
        <w:t>suma</w:t>
      </w:r>
      <w:r w:rsidRPr="005E6C5B">
        <w:rPr>
          <w:szCs w:val="24"/>
          <w:lang w:val="lt-LT"/>
        </w:rPr>
        <w:t>] Eur – iki [</w:t>
      </w:r>
      <w:r w:rsidR="00D9532F" w:rsidRPr="005E6C5B">
        <w:rPr>
          <w:szCs w:val="24"/>
          <w:lang w:val="lt-LT"/>
        </w:rPr>
        <w:t>terminas</w:t>
      </w:r>
      <w:r w:rsidRPr="005E6C5B">
        <w:rPr>
          <w:szCs w:val="24"/>
          <w:lang w:val="lt-LT"/>
        </w:rPr>
        <w:t>];</w:t>
      </w:r>
    </w:p>
    <w:p w14:paraId="019D004F" w14:textId="77777777" w:rsidR="00001131" w:rsidRPr="005E6C5B" w:rsidRDefault="00FF1FB7" w:rsidP="00F476FB">
      <w:pPr>
        <w:ind w:firstLine="720"/>
        <w:jc w:val="both"/>
        <w:rPr>
          <w:szCs w:val="24"/>
          <w:lang w:val="lt-LT"/>
        </w:rPr>
      </w:pPr>
      <w:r w:rsidRPr="005E6C5B">
        <w:rPr>
          <w:szCs w:val="24"/>
          <w:lang w:val="lt-LT"/>
        </w:rPr>
        <w:t>13.2. [</w:t>
      </w:r>
      <w:r w:rsidR="00D9532F" w:rsidRPr="005E6C5B">
        <w:rPr>
          <w:szCs w:val="24"/>
          <w:lang w:val="lt-LT"/>
        </w:rPr>
        <w:t>suma</w:t>
      </w:r>
      <w:r w:rsidRPr="005E6C5B">
        <w:rPr>
          <w:szCs w:val="24"/>
          <w:lang w:val="lt-LT"/>
        </w:rPr>
        <w:t>] Eur – iki [</w:t>
      </w:r>
      <w:r w:rsidR="00D9532F" w:rsidRPr="005E6C5B">
        <w:rPr>
          <w:szCs w:val="24"/>
          <w:lang w:val="lt-LT"/>
        </w:rPr>
        <w:t>terminas</w:t>
      </w:r>
      <w:r w:rsidRPr="005E6C5B">
        <w:rPr>
          <w:szCs w:val="24"/>
          <w:lang w:val="lt-LT"/>
        </w:rPr>
        <w:t>];</w:t>
      </w:r>
    </w:p>
    <w:p w14:paraId="7F218F7E" w14:textId="77777777" w:rsidR="0080494B" w:rsidRPr="005E6C5B" w:rsidRDefault="00FF1FB7" w:rsidP="00F476FB">
      <w:pPr>
        <w:ind w:firstLine="720"/>
        <w:jc w:val="both"/>
        <w:rPr>
          <w:szCs w:val="24"/>
          <w:lang w:val="lt-LT"/>
        </w:rPr>
      </w:pPr>
      <w:r w:rsidRPr="005E6C5B">
        <w:rPr>
          <w:szCs w:val="24"/>
          <w:lang w:val="lt-LT"/>
        </w:rPr>
        <w:t>13.3. [</w:t>
      </w:r>
      <w:r w:rsidR="00D9532F" w:rsidRPr="005E6C5B">
        <w:rPr>
          <w:szCs w:val="24"/>
          <w:lang w:val="lt-LT"/>
        </w:rPr>
        <w:t>suma</w:t>
      </w:r>
      <w:r w:rsidRPr="005E6C5B">
        <w:rPr>
          <w:szCs w:val="24"/>
          <w:lang w:val="lt-LT"/>
        </w:rPr>
        <w:t>] Eur – iki [</w:t>
      </w:r>
      <w:r w:rsidR="00D9532F" w:rsidRPr="005E6C5B">
        <w:rPr>
          <w:szCs w:val="24"/>
          <w:lang w:val="lt-LT"/>
        </w:rPr>
        <w:t>terminas</w:t>
      </w:r>
      <w:r w:rsidRPr="005E6C5B">
        <w:rPr>
          <w:szCs w:val="24"/>
          <w:lang w:val="lt-LT"/>
        </w:rPr>
        <w:t>]</w:t>
      </w:r>
      <w:r w:rsidR="0080494B" w:rsidRPr="005E6C5B">
        <w:rPr>
          <w:szCs w:val="24"/>
          <w:lang w:val="lt-LT"/>
        </w:rPr>
        <w:t>;</w:t>
      </w:r>
    </w:p>
    <w:p w14:paraId="458AC8D7" w14:textId="77777777" w:rsidR="0080494B" w:rsidRPr="005E6C5B" w:rsidRDefault="0080494B" w:rsidP="00F476FB">
      <w:pPr>
        <w:ind w:firstLine="720"/>
        <w:jc w:val="both"/>
        <w:rPr>
          <w:szCs w:val="24"/>
          <w:lang w:val="lt-LT"/>
        </w:rPr>
      </w:pPr>
      <w:r w:rsidRPr="005E6C5B">
        <w:rPr>
          <w:szCs w:val="24"/>
          <w:lang w:val="lt-LT"/>
        </w:rPr>
        <w:t>13.4. [</w:t>
      </w:r>
      <w:r w:rsidR="00D9532F" w:rsidRPr="005E6C5B">
        <w:rPr>
          <w:szCs w:val="24"/>
          <w:lang w:val="lt-LT"/>
        </w:rPr>
        <w:t>suma</w:t>
      </w:r>
      <w:r w:rsidRPr="005E6C5B">
        <w:rPr>
          <w:szCs w:val="24"/>
          <w:lang w:val="lt-LT"/>
        </w:rPr>
        <w:t>] Eur – iki [</w:t>
      </w:r>
      <w:r w:rsidR="00D9532F" w:rsidRPr="005E6C5B">
        <w:rPr>
          <w:szCs w:val="24"/>
          <w:lang w:val="lt-LT"/>
        </w:rPr>
        <w:t>terminas</w:t>
      </w:r>
      <w:r w:rsidRPr="005E6C5B">
        <w:rPr>
          <w:szCs w:val="24"/>
          <w:lang w:val="lt-LT"/>
        </w:rPr>
        <w:t>].</w:t>
      </w:r>
    </w:p>
    <w:p w14:paraId="7847AD0E" w14:textId="53E7F189" w:rsidR="00001131" w:rsidRPr="005E6C5B" w:rsidRDefault="00FF1FB7" w:rsidP="00F476FB">
      <w:pPr>
        <w:ind w:firstLine="720"/>
        <w:jc w:val="both"/>
        <w:rPr>
          <w:lang w:val="lt-LT"/>
        </w:rPr>
      </w:pPr>
      <w:r w:rsidRPr="005E6C5B">
        <w:rPr>
          <w:lang w:val="lt-LT"/>
        </w:rPr>
        <w:t xml:space="preserve">14. </w:t>
      </w:r>
      <w:r w:rsidR="008D42CD" w:rsidRPr="005E6C5B">
        <w:rPr>
          <w:lang w:val="lt-LT"/>
        </w:rPr>
        <w:t>S</w:t>
      </w:r>
      <w:r w:rsidR="00D9532F" w:rsidRPr="005E6C5B">
        <w:rPr>
          <w:rFonts w:cs="Times New Roman"/>
          <w:szCs w:val="24"/>
          <w:lang w:val="lt-LT"/>
        </w:rPr>
        <w:t>utarties</w:t>
      </w:r>
      <w:r w:rsidR="00D9532F" w:rsidRPr="005E6C5B">
        <w:rPr>
          <w:lang w:val="lt-LT"/>
        </w:rPr>
        <w:t xml:space="preserve"> </w:t>
      </w:r>
      <w:r w:rsidRPr="005E6C5B">
        <w:rPr>
          <w:lang w:val="lt-LT"/>
        </w:rPr>
        <w:t xml:space="preserve">13 punkte nurodytas lėšas į Programos vykdytojo sąskaitą perveda Savivaldybės administracijos Apskaitos skyrius </w:t>
      </w:r>
      <w:r w:rsidR="00285828" w:rsidRPr="005E6C5B">
        <w:rPr>
          <w:lang w:val="lt-LT"/>
        </w:rPr>
        <w:t>S</w:t>
      </w:r>
      <w:r w:rsidR="00D9532F" w:rsidRPr="005E6C5B">
        <w:rPr>
          <w:rFonts w:cs="Times New Roman"/>
          <w:szCs w:val="24"/>
          <w:lang w:val="lt-LT"/>
        </w:rPr>
        <w:t>utartyje</w:t>
      </w:r>
      <w:r w:rsidR="00D9532F" w:rsidRPr="005E6C5B">
        <w:rPr>
          <w:lang w:val="lt-LT"/>
        </w:rPr>
        <w:t xml:space="preserve"> </w:t>
      </w:r>
      <w:r w:rsidRPr="005E6C5B">
        <w:rPr>
          <w:lang w:val="lt-LT"/>
        </w:rPr>
        <w:t>nustatytais terminais ir dalimis.</w:t>
      </w:r>
    </w:p>
    <w:p w14:paraId="70C6E0D4" w14:textId="3569908C" w:rsidR="00001131" w:rsidRPr="005E6C5B" w:rsidRDefault="00FF1FB7" w:rsidP="00F476FB">
      <w:pPr>
        <w:ind w:firstLine="720"/>
        <w:jc w:val="both"/>
        <w:rPr>
          <w:lang w:val="lt-LT"/>
        </w:rPr>
      </w:pPr>
      <w:r w:rsidRPr="005E6C5B">
        <w:rPr>
          <w:lang w:val="lt-LT"/>
        </w:rPr>
        <w:t xml:space="preserve">15. Programos vykdytojui laiku nepateikus Nuostatuose ir šioje </w:t>
      </w:r>
      <w:r w:rsidR="00285828" w:rsidRPr="005E6C5B">
        <w:rPr>
          <w:lang w:val="lt-LT"/>
        </w:rPr>
        <w:t>S</w:t>
      </w:r>
      <w:r w:rsidR="00D9532F" w:rsidRPr="005E6C5B">
        <w:rPr>
          <w:rFonts w:cs="Times New Roman"/>
          <w:szCs w:val="24"/>
          <w:lang w:val="lt-LT"/>
        </w:rPr>
        <w:t>utartyje</w:t>
      </w:r>
      <w:r w:rsidR="00D9532F" w:rsidRPr="005E6C5B">
        <w:rPr>
          <w:lang w:val="lt-LT"/>
        </w:rPr>
        <w:t xml:space="preserve"> </w:t>
      </w:r>
      <w:r w:rsidR="00C12A7C" w:rsidRPr="005E6C5B">
        <w:rPr>
          <w:lang w:val="lt-LT"/>
        </w:rPr>
        <w:t>nustatytų privalomų ataskaitų, tolesnis Savivaldybės biudžeto lėšų pervedimas sustabdomas iki tinkamų ataskaitų pateikimo.</w:t>
      </w:r>
    </w:p>
    <w:p w14:paraId="18AC10D7" w14:textId="77777777" w:rsidR="00001131" w:rsidRPr="005E6C5B" w:rsidRDefault="00FF1FB7" w:rsidP="00F476FB">
      <w:pPr>
        <w:ind w:firstLine="720"/>
        <w:jc w:val="both"/>
        <w:rPr>
          <w:lang w:val="lt-LT"/>
        </w:rPr>
      </w:pPr>
      <w:r w:rsidRPr="005E6C5B">
        <w:rPr>
          <w:lang w:val="lt-LT"/>
        </w:rPr>
        <w:t>16. Programai įgyvendinti skirtos Savivaldybės biudžeto lėšos negali būti perkeliamos į kitus biudžetinius metus.</w:t>
      </w:r>
    </w:p>
    <w:p w14:paraId="1C0ECA45" w14:textId="430EEE9C" w:rsidR="00001131" w:rsidRPr="005E6C5B" w:rsidRDefault="00FF1FB7" w:rsidP="00F476FB">
      <w:pPr>
        <w:ind w:firstLine="720"/>
        <w:jc w:val="both"/>
        <w:rPr>
          <w:lang w:val="lt-LT"/>
        </w:rPr>
      </w:pPr>
      <w:r w:rsidRPr="005E6C5B">
        <w:rPr>
          <w:lang w:val="lt-LT"/>
        </w:rPr>
        <w:t xml:space="preserve">17. </w:t>
      </w:r>
      <w:r w:rsidR="00285828" w:rsidRPr="005E6C5B">
        <w:rPr>
          <w:lang w:val="lt-LT"/>
        </w:rPr>
        <w:t>S</w:t>
      </w:r>
      <w:r w:rsidRPr="005E6C5B">
        <w:rPr>
          <w:lang w:val="lt-LT"/>
        </w:rPr>
        <w:t xml:space="preserve">utartyje nustatyta Savivaldybės finansavimo suma gali būti didinama </w:t>
      </w:r>
      <w:r w:rsidR="00C12A7C" w:rsidRPr="005E6C5B">
        <w:rPr>
          <w:lang w:val="lt-LT"/>
        </w:rPr>
        <w:t xml:space="preserve">tik Nuostatuose ir šioje </w:t>
      </w:r>
      <w:r w:rsidR="00285828" w:rsidRPr="005E6C5B">
        <w:rPr>
          <w:lang w:val="lt-LT"/>
        </w:rPr>
        <w:t>S</w:t>
      </w:r>
      <w:r w:rsidR="00C12A7C" w:rsidRPr="005E6C5B">
        <w:rPr>
          <w:lang w:val="lt-LT"/>
        </w:rPr>
        <w:t>utartyje nustatyta</w:t>
      </w:r>
      <w:r w:rsidRPr="005E6C5B">
        <w:rPr>
          <w:lang w:val="lt-LT"/>
        </w:rPr>
        <w:t xml:space="preserve"> papildomo finansavimo tvarka ir tik Savivaldybės merui priėmus atitinkamą sprendimą.</w:t>
      </w:r>
    </w:p>
    <w:p w14:paraId="3A0A1297" w14:textId="77777777" w:rsidR="00F476FB" w:rsidRPr="005E6C5B" w:rsidRDefault="00F476FB" w:rsidP="00F476FB">
      <w:pPr>
        <w:ind w:firstLine="720"/>
        <w:jc w:val="both"/>
        <w:rPr>
          <w:lang w:val="lt-LT"/>
        </w:rPr>
      </w:pPr>
    </w:p>
    <w:p w14:paraId="7E727B73" w14:textId="77777777" w:rsidR="00001131" w:rsidRPr="005E6C5B" w:rsidRDefault="00FF1FB7" w:rsidP="00F476FB">
      <w:pPr>
        <w:keepNext/>
        <w:jc w:val="center"/>
        <w:rPr>
          <w:lang w:val="lt-LT"/>
        </w:rPr>
      </w:pPr>
      <w:r w:rsidRPr="005E6C5B">
        <w:rPr>
          <w:b/>
          <w:lang w:val="lt-LT"/>
        </w:rPr>
        <w:t>III SKYRIUS</w:t>
      </w:r>
    </w:p>
    <w:p w14:paraId="08F6E870" w14:textId="77777777" w:rsidR="00001131" w:rsidRPr="005E6C5B" w:rsidRDefault="00FF1FB7" w:rsidP="00F476FB">
      <w:pPr>
        <w:keepNext/>
        <w:jc w:val="center"/>
        <w:rPr>
          <w:b/>
          <w:lang w:val="lt-LT"/>
        </w:rPr>
      </w:pPr>
      <w:r w:rsidRPr="005E6C5B">
        <w:rPr>
          <w:b/>
          <w:lang w:val="lt-LT"/>
        </w:rPr>
        <w:t>LĖŠŲ NAUDOJIMAS IR TINKAMOS FINANSUOTI IŠLAIDOS</w:t>
      </w:r>
    </w:p>
    <w:p w14:paraId="033FB555" w14:textId="77777777" w:rsidR="0080494B" w:rsidRPr="005E6C5B" w:rsidRDefault="0080494B" w:rsidP="00F476FB">
      <w:pPr>
        <w:keepNext/>
        <w:ind w:firstLine="720"/>
        <w:jc w:val="center"/>
        <w:rPr>
          <w:lang w:val="lt-LT"/>
        </w:rPr>
      </w:pPr>
    </w:p>
    <w:p w14:paraId="3E1C2A89" w14:textId="11B9886E" w:rsidR="00001131" w:rsidRPr="005E6C5B" w:rsidRDefault="00FF1FB7" w:rsidP="00F476FB">
      <w:pPr>
        <w:ind w:firstLine="720"/>
        <w:jc w:val="both"/>
        <w:rPr>
          <w:lang w:val="lt-LT"/>
        </w:rPr>
      </w:pPr>
      <w:r w:rsidRPr="005E6C5B">
        <w:rPr>
          <w:lang w:val="lt-LT"/>
        </w:rPr>
        <w:t xml:space="preserve">18. Programos vykdytojas Savivaldybės biudžeto lėšas gali naudoti tik Programai įgyvendinti, tik </w:t>
      </w:r>
      <w:r w:rsidR="00285828" w:rsidRPr="005E6C5B">
        <w:rPr>
          <w:lang w:val="lt-LT"/>
        </w:rPr>
        <w:t>S</w:t>
      </w:r>
      <w:r w:rsidRPr="005E6C5B">
        <w:rPr>
          <w:lang w:val="lt-LT"/>
        </w:rPr>
        <w:t xml:space="preserve">utartyje ir jos prieduose nurodytoms veikloms ir tik pagal patvirtintą tikslinį lėšų paskirstymą, atsižvelgdamas į </w:t>
      </w:r>
      <w:r w:rsidR="00285828" w:rsidRPr="005E6C5B">
        <w:rPr>
          <w:lang w:val="lt-LT"/>
        </w:rPr>
        <w:t>S</w:t>
      </w:r>
      <w:r w:rsidRPr="005E6C5B">
        <w:rPr>
          <w:lang w:val="lt-LT"/>
        </w:rPr>
        <w:t xml:space="preserve">utarties </w:t>
      </w:r>
      <w:r w:rsidR="00FA3C7E" w:rsidRPr="005E6C5B">
        <w:rPr>
          <w:lang w:val="lt-LT"/>
        </w:rPr>
        <w:t>28</w:t>
      </w:r>
      <w:r w:rsidRPr="005E6C5B">
        <w:rPr>
          <w:lang w:val="lt-LT"/>
        </w:rPr>
        <w:t xml:space="preserve"> punkte nustatytą išimtį.</w:t>
      </w:r>
    </w:p>
    <w:p w14:paraId="5998AD80" w14:textId="77777777" w:rsidR="00001131" w:rsidRPr="005E6C5B" w:rsidRDefault="00FF1FB7" w:rsidP="00F476FB">
      <w:pPr>
        <w:ind w:firstLine="720"/>
        <w:jc w:val="both"/>
        <w:rPr>
          <w:lang w:val="lt-LT"/>
        </w:rPr>
      </w:pPr>
      <w:r w:rsidRPr="005E6C5B">
        <w:rPr>
          <w:lang w:val="lt-LT"/>
        </w:rPr>
        <w:t>19. Tinkamomis finansuoti laikomos išlaidos, kurios:</w:t>
      </w:r>
    </w:p>
    <w:p w14:paraId="5144EF46" w14:textId="77777777" w:rsidR="00001131" w:rsidRPr="005E6C5B" w:rsidRDefault="00FF1FB7" w:rsidP="00F476FB">
      <w:pPr>
        <w:ind w:firstLine="720"/>
        <w:jc w:val="both"/>
        <w:rPr>
          <w:lang w:val="lt-LT"/>
        </w:rPr>
      </w:pPr>
      <w:r w:rsidRPr="005E6C5B">
        <w:rPr>
          <w:lang w:val="lt-LT"/>
        </w:rPr>
        <w:t>19.1. tiesiogiai susijusios su Programoje numatytomis veiklomis ir (ar) priemonėmis;</w:t>
      </w:r>
    </w:p>
    <w:p w14:paraId="5C9C4039" w14:textId="77777777" w:rsidR="00001131" w:rsidRPr="005E6C5B" w:rsidRDefault="00FF1FB7" w:rsidP="00F476FB">
      <w:pPr>
        <w:ind w:firstLine="720"/>
        <w:jc w:val="both"/>
        <w:rPr>
          <w:lang w:val="lt-LT"/>
        </w:rPr>
      </w:pPr>
      <w:r w:rsidRPr="005E6C5B">
        <w:rPr>
          <w:lang w:val="lt-LT"/>
        </w:rPr>
        <w:t>19.2. būtinos Programai įgyvendinti;</w:t>
      </w:r>
    </w:p>
    <w:p w14:paraId="7158A4D8" w14:textId="00B9422A" w:rsidR="00001131" w:rsidRPr="005E6C5B" w:rsidRDefault="00FF1FB7" w:rsidP="00F476FB">
      <w:pPr>
        <w:ind w:firstLine="720"/>
        <w:jc w:val="both"/>
        <w:rPr>
          <w:lang w:val="lt-LT"/>
        </w:rPr>
      </w:pPr>
      <w:r w:rsidRPr="005E6C5B">
        <w:rPr>
          <w:lang w:val="lt-LT"/>
        </w:rPr>
        <w:t xml:space="preserve">19.3. pagrįstos Programos įgyvendinimo eiga, </w:t>
      </w:r>
      <w:r w:rsidR="00285828" w:rsidRPr="005E6C5B">
        <w:rPr>
          <w:lang w:val="lt-LT"/>
        </w:rPr>
        <w:t>S</w:t>
      </w:r>
      <w:r w:rsidR="007B4BD6" w:rsidRPr="005E6C5B">
        <w:rPr>
          <w:rFonts w:cs="Times New Roman"/>
          <w:szCs w:val="24"/>
          <w:lang w:val="lt-LT"/>
        </w:rPr>
        <w:t>utarties</w:t>
      </w:r>
      <w:r w:rsidR="007B4BD6" w:rsidRPr="005E6C5B">
        <w:rPr>
          <w:lang w:val="lt-LT"/>
        </w:rPr>
        <w:t xml:space="preserve"> </w:t>
      </w:r>
      <w:r w:rsidRPr="005E6C5B">
        <w:rPr>
          <w:lang w:val="lt-LT"/>
        </w:rPr>
        <w:t>2</w:t>
      </w:r>
      <w:r w:rsidR="00C84FFE" w:rsidRPr="005E6C5B">
        <w:rPr>
          <w:lang w:val="lt-LT"/>
        </w:rPr>
        <w:t xml:space="preserve"> </w:t>
      </w:r>
      <w:r w:rsidRPr="005E6C5B">
        <w:rPr>
          <w:lang w:val="lt-LT"/>
        </w:rPr>
        <w:t>priede nurodytomis veiklomis, išlaidų pobūdžiu ir kiekiu;</w:t>
      </w:r>
    </w:p>
    <w:p w14:paraId="70B8E003" w14:textId="7DC9BE8F" w:rsidR="00001131" w:rsidRPr="005E6C5B" w:rsidRDefault="00FF1FB7" w:rsidP="00F476FB">
      <w:pPr>
        <w:ind w:firstLine="720"/>
        <w:jc w:val="both"/>
        <w:rPr>
          <w:lang w:val="lt-LT"/>
        </w:rPr>
      </w:pPr>
      <w:r w:rsidRPr="005E6C5B">
        <w:rPr>
          <w:lang w:val="lt-LT"/>
        </w:rPr>
        <w:t xml:space="preserve">19.4. atitinka Nuostatų, </w:t>
      </w:r>
      <w:r w:rsidR="00285828" w:rsidRPr="005E6C5B">
        <w:rPr>
          <w:lang w:val="lt-LT"/>
        </w:rPr>
        <w:t>S</w:t>
      </w:r>
      <w:r w:rsidRPr="005E6C5B">
        <w:rPr>
          <w:lang w:val="lt-LT"/>
        </w:rPr>
        <w:t>utarties ir taikomų teisės aktų reikalavimus;</w:t>
      </w:r>
    </w:p>
    <w:p w14:paraId="7F76C281" w14:textId="2ABF8041" w:rsidR="00001131" w:rsidRPr="005E6C5B" w:rsidRDefault="00FF1FB7" w:rsidP="00F476FB">
      <w:pPr>
        <w:ind w:firstLine="720"/>
        <w:jc w:val="both"/>
        <w:rPr>
          <w:lang w:val="lt-LT"/>
        </w:rPr>
      </w:pPr>
      <w:r w:rsidRPr="005E6C5B">
        <w:rPr>
          <w:lang w:val="lt-LT"/>
        </w:rPr>
        <w:t xml:space="preserve">19.5. įtrauktos į </w:t>
      </w:r>
      <w:r w:rsidR="00285828" w:rsidRPr="005E6C5B">
        <w:rPr>
          <w:lang w:val="lt-LT"/>
        </w:rPr>
        <w:t>S</w:t>
      </w:r>
      <w:r w:rsidRPr="005E6C5B">
        <w:rPr>
          <w:lang w:val="lt-LT"/>
        </w:rPr>
        <w:t xml:space="preserve">utarties 1 ir 2 priedus, išskyrus Nuostatų nustatyta tvarka patvirtintus </w:t>
      </w:r>
      <w:r w:rsidR="00285828" w:rsidRPr="005E6C5B">
        <w:rPr>
          <w:lang w:val="lt-LT"/>
        </w:rPr>
        <w:t>S</w:t>
      </w:r>
      <w:r w:rsidRPr="005E6C5B">
        <w:rPr>
          <w:lang w:val="lt-LT"/>
        </w:rPr>
        <w:t>utarties pakeitimus.</w:t>
      </w:r>
    </w:p>
    <w:p w14:paraId="0A10D2F7" w14:textId="2AF4DAEC" w:rsidR="00001131" w:rsidRPr="005E6C5B" w:rsidRDefault="00FF1FB7" w:rsidP="00F476FB">
      <w:pPr>
        <w:ind w:firstLine="720"/>
        <w:jc w:val="both"/>
        <w:rPr>
          <w:lang w:val="lt-LT"/>
        </w:rPr>
      </w:pPr>
      <w:r w:rsidRPr="005E6C5B">
        <w:rPr>
          <w:lang w:val="lt-LT"/>
        </w:rPr>
        <w:t xml:space="preserve">20. </w:t>
      </w:r>
      <w:r w:rsidR="00757671" w:rsidRPr="005E6C5B">
        <w:rPr>
          <w:lang w:val="lt-LT"/>
        </w:rPr>
        <w:t xml:space="preserve">Tinkamomis finansuoti gali būti pripažįstamos nuo einamųjų metų pradžios iki </w:t>
      </w:r>
      <w:r w:rsidR="00285828" w:rsidRPr="005E6C5B">
        <w:rPr>
          <w:lang w:val="lt-LT"/>
        </w:rPr>
        <w:t>S</w:t>
      </w:r>
      <w:r w:rsidR="00757671" w:rsidRPr="005E6C5B">
        <w:rPr>
          <w:lang w:val="lt-LT"/>
        </w:rPr>
        <w:t xml:space="preserve">utarties sudarymo momento patirtos išlaidos, jeigu jos buvo numatytos konkursui pateiktoje paraiškoje, įtrauktos į </w:t>
      </w:r>
      <w:r w:rsidR="00285828" w:rsidRPr="005E6C5B">
        <w:rPr>
          <w:lang w:val="lt-LT"/>
        </w:rPr>
        <w:t>S</w:t>
      </w:r>
      <w:r w:rsidR="00757671" w:rsidRPr="005E6C5B">
        <w:rPr>
          <w:lang w:val="lt-LT"/>
        </w:rPr>
        <w:t xml:space="preserve">utarties 1 ir 2 priedus, atitinka Nuostatų reikalavimus ir jų finansavimas numatytas šioje </w:t>
      </w:r>
      <w:r w:rsidR="00285828" w:rsidRPr="005E6C5B">
        <w:rPr>
          <w:lang w:val="lt-LT"/>
        </w:rPr>
        <w:t>S</w:t>
      </w:r>
      <w:r w:rsidR="00757671" w:rsidRPr="005E6C5B">
        <w:rPr>
          <w:lang w:val="lt-LT"/>
        </w:rPr>
        <w:t>utartyje.</w:t>
      </w:r>
    </w:p>
    <w:p w14:paraId="427A0A33" w14:textId="66448324" w:rsidR="00001131" w:rsidRPr="005E6C5B" w:rsidRDefault="00FF1FB7" w:rsidP="00F476FB">
      <w:pPr>
        <w:ind w:firstLine="720"/>
        <w:jc w:val="both"/>
        <w:rPr>
          <w:lang w:val="lt-LT"/>
        </w:rPr>
      </w:pPr>
      <w:r w:rsidRPr="005E6C5B">
        <w:rPr>
          <w:lang w:val="lt-LT"/>
        </w:rPr>
        <w:lastRenderedPageBreak/>
        <w:t xml:space="preserve">21. </w:t>
      </w:r>
      <w:r w:rsidR="00757671" w:rsidRPr="005E6C5B">
        <w:rPr>
          <w:lang w:val="lt-LT"/>
        </w:rPr>
        <w:t xml:space="preserve">Nuo pasirašytos </w:t>
      </w:r>
      <w:r w:rsidR="00285828" w:rsidRPr="005E6C5B">
        <w:rPr>
          <w:lang w:val="lt-LT"/>
        </w:rPr>
        <w:t>S</w:t>
      </w:r>
      <w:r w:rsidR="00757671" w:rsidRPr="005E6C5B">
        <w:rPr>
          <w:lang w:val="lt-LT"/>
        </w:rPr>
        <w:t xml:space="preserve">utarties užregistravimo dienos tinkamomis finansuoti laikomos išlaidos, patirtos ir apmokėtos iki </w:t>
      </w:r>
      <w:r w:rsidR="00285828" w:rsidRPr="005E6C5B">
        <w:rPr>
          <w:lang w:val="lt-LT"/>
        </w:rPr>
        <w:t>S</w:t>
      </w:r>
      <w:r w:rsidR="00757671" w:rsidRPr="005E6C5B">
        <w:rPr>
          <w:lang w:val="lt-LT"/>
        </w:rPr>
        <w:t>utartyje nustatyto Programos įgyvendinimo termino pabaigos ir pagrįstos Programos vykdytojo patvirtintomis išlaidų apmokėjimą pagrindžiančių dokumentų kopijomis.</w:t>
      </w:r>
    </w:p>
    <w:p w14:paraId="5EE61068" w14:textId="77777777" w:rsidR="00001131" w:rsidRPr="005E6C5B" w:rsidRDefault="00FF1FB7" w:rsidP="00F476FB">
      <w:pPr>
        <w:ind w:firstLine="720"/>
        <w:jc w:val="both"/>
        <w:rPr>
          <w:lang w:val="lt-LT"/>
        </w:rPr>
      </w:pPr>
      <w:r w:rsidRPr="005E6C5B">
        <w:rPr>
          <w:lang w:val="lt-LT"/>
        </w:rPr>
        <w:t>22. Visos deklaruojamos išlaidos turi būti pagrįstos teisės aktų reikalavimus atitinkančiais išlaidų pagrindimo ir apmokėjimo dokumentais.</w:t>
      </w:r>
    </w:p>
    <w:p w14:paraId="3B10435E" w14:textId="6C1026FC" w:rsidR="0080494B" w:rsidRPr="005E6C5B" w:rsidRDefault="0080494B" w:rsidP="00F476FB">
      <w:pPr>
        <w:ind w:firstLine="720"/>
        <w:jc w:val="both"/>
        <w:rPr>
          <w:lang w:val="lt-LT"/>
        </w:rPr>
      </w:pPr>
      <w:r w:rsidRPr="005E6C5B">
        <w:rPr>
          <w:lang w:val="lt-LT"/>
        </w:rPr>
        <w:t xml:space="preserve">23. Programos vykdytojas apskaitą ir ataskaitas tvarko taip, kad būtų užtikrintas deklaruotų išlaidų atsekamumas ir būtų galima patikrinti jų atitiktį Programos veikloms, </w:t>
      </w:r>
      <w:r w:rsidR="00285828" w:rsidRPr="005E6C5B">
        <w:rPr>
          <w:lang w:val="lt-LT"/>
        </w:rPr>
        <w:t>S</w:t>
      </w:r>
      <w:r w:rsidRPr="005E6C5B">
        <w:rPr>
          <w:lang w:val="lt-LT"/>
        </w:rPr>
        <w:t>utarties 1 ir 2 prieduose patvirtintoms išlaidoms, taip pat išlaidas ir jų apmokėjimą pagrindžiantiems dokumentams.</w:t>
      </w:r>
    </w:p>
    <w:p w14:paraId="79F541F7" w14:textId="3C17A8E9" w:rsidR="0080494B" w:rsidRPr="005E6C5B" w:rsidRDefault="0080494B" w:rsidP="00F476FB">
      <w:pPr>
        <w:ind w:firstLine="720"/>
        <w:jc w:val="both"/>
        <w:rPr>
          <w:lang w:val="lt-LT"/>
        </w:rPr>
      </w:pPr>
      <w:r w:rsidRPr="005E6C5B">
        <w:rPr>
          <w:lang w:val="lt-LT"/>
        </w:rPr>
        <w:t xml:space="preserve">24. Išlaidos, kurios nėra tinkamai pagrįstos, kurių negalima susieti su Programos veiklomis ir patvirtintomis išlaidomis arba kurios neatitinka Nuostatų, </w:t>
      </w:r>
      <w:r w:rsidR="00285828" w:rsidRPr="005E6C5B">
        <w:rPr>
          <w:lang w:val="lt-LT"/>
        </w:rPr>
        <w:t>S</w:t>
      </w:r>
      <w:r w:rsidRPr="005E6C5B">
        <w:rPr>
          <w:lang w:val="lt-LT"/>
        </w:rPr>
        <w:t>utarties ir jos priedų reikalavimų, nepripažįstamos tinkamomis finansuoti Savivaldybės biudžeto lėšomis.</w:t>
      </w:r>
    </w:p>
    <w:p w14:paraId="50F0923F" w14:textId="77777777" w:rsidR="00001131" w:rsidRPr="005E6C5B" w:rsidRDefault="00FF1FB7" w:rsidP="00F476FB">
      <w:pPr>
        <w:ind w:firstLine="720"/>
        <w:jc w:val="both"/>
        <w:rPr>
          <w:lang w:val="lt-LT"/>
        </w:rPr>
      </w:pPr>
      <w:r w:rsidRPr="005E6C5B">
        <w:rPr>
          <w:lang w:val="lt-LT"/>
        </w:rPr>
        <w:t>25. Programos vykdytojo ir (ar) partnerių (rėmėjų) indėlis, įskaitant nepiniginį indėlį, turi būti pagrįstas dokumentais. Nepiniginio indėlio vertė nustatoma teisės aktų nustatyta tvarka ir (ar) rinkos verte pagrįstais kriterijais.</w:t>
      </w:r>
    </w:p>
    <w:p w14:paraId="38275BEB" w14:textId="77777777" w:rsidR="00001131" w:rsidRPr="005E6C5B" w:rsidRDefault="00FF1FB7" w:rsidP="00F476FB">
      <w:pPr>
        <w:ind w:firstLine="720"/>
        <w:jc w:val="both"/>
        <w:rPr>
          <w:lang w:val="lt-LT"/>
        </w:rPr>
      </w:pPr>
      <w:r w:rsidRPr="005E6C5B">
        <w:rPr>
          <w:lang w:val="lt-LT"/>
        </w:rPr>
        <w:t>26. Jeigu atsiskaitymo metu nustatoma, kad faktinis Programos vykdytojo ir (ar) jo partnerių (rėmėjų) prisidėjimas yra mažesnis už įsipareigotą, Savivaldybės administracija atitinkamai perskaičiuoja Savivaldybės biudžeto lėšomis finansuojamą Programos dalį ir (ar) taiko Nuostatuose nustatytas priemones.</w:t>
      </w:r>
    </w:p>
    <w:p w14:paraId="58FE28D3" w14:textId="0767A120" w:rsidR="00001131" w:rsidRPr="005E6C5B" w:rsidRDefault="00FF1FB7" w:rsidP="00F476FB">
      <w:pPr>
        <w:ind w:firstLine="720"/>
        <w:jc w:val="both"/>
        <w:rPr>
          <w:lang w:val="lt-LT"/>
        </w:rPr>
      </w:pPr>
      <w:r w:rsidRPr="005E6C5B">
        <w:rPr>
          <w:lang w:val="lt-LT"/>
        </w:rPr>
        <w:t xml:space="preserve">27. Programos vykdytojas neturi teisės Savivaldybės biudžeto lėšų naudoti kitai paskirčiai ar kitoms, </w:t>
      </w:r>
      <w:r w:rsidR="00285828" w:rsidRPr="005E6C5B">
        <w:rPr>
          <w:lang w:val="lt-LT"/>
        </w:rPr>
        <w:t>S</w:t>
      </w:r>
      <w:r w:rsidRPr="005E6C5B">
        <w:rPr>
          <w:lang w:val="lt-LT"/>
        </w:rPr>
        <w:t xml:space="preserve">utartyje ir jos prieduose nenumatytoms Programos veikloms, išskyrus </w:t>
      </w:r>
      <w:r w:rsidR="00285828" w:rsidRPr="005E6C5B">
        <w:rPr>
          <w:lang w:val="lt-LT"/>
        </w:rPr>
        <w:t>S</w:t>
      </w:r>
      <w:r w:rsidRPr="005E6C5B">
        <w:rPr>
          <w:lang w:val="lt-LT"/>
        </w:rPr>
        <w:t xml:space="preserve">utarties </w:t>
      </w:r>
      <w:r w:rsidR="00FA3C7E" w:rsidRPr="005E6C5B">
        <w:rPr>
          <w:lang w:val="lt-LT"/>
        </w:rPr>
        <w:t>28</w:t>
      </w:r>
      <w:r w:rsidRPr="005E6C5B">
        <w:rPr>
          <w:lang w:val="lt-LT"/>
        </w:rPr>
        <w:t xml:space="preserve"> punkte nurodytus pakeitimus ir tinkamai patvirtintus </w:t>
      </w:r>
      <w:r w:rsidR="00285828" w:rsidRPr="005E6C5B">
        <w:rPr>
          <w:lang w:val="lt-LT"/>
        </w:rPr>
        <w:t>S</w:t>
      </w:r>
      <w:r w:rsidRPr="005E6C5B">
        <w:rPr>
          <w:lang w:val="lt-LT"/>
        </w:rPr>
        <w:t>utarties pakeitimus.</w:t>
      </w:r>
    </w:p>
    <w:p w14:paraId="29711A6B" w14:textId="6E3AC182" w:rsidR="00DB420C" w:rsidRPr="005E6C5B" w:rsidRDefault="000E6212" w:rsidP="00F476FB">
      <w:pPr>
        <w:jc w:val="both"/>
        <w:rPr>
          <w:lang w:val="lt-LT"/>
        </w:rPr>
      </w:pPr>
      <w:r w:rsidRPr="005E6C5B">
        <w:rPr>
          <w:lang w:val="lt-LT"/>
        </w:rPr>
        <w:tab/>
      </w:r>
      <w:r w:rsidR="00FA3C7E" w:rsidRPr="005E6C5B">
        <w:rPr>
          <w:lang w:val="lt-LT"/>
        </w:rPr>
        <w:t>28.</w:t>
      </w:r>
      <w:r w:rsidR="004C0F85" w:rsidRPr="005E6C5B">
        <w:rPr>
          <w:lang w:val="lt-LT"/>
        </w:rPr>
        <w:t xml:space="preserve"> Ne daugiau kaip 20 procentų konkrečios</w:t>
      </w:r>
      <w:r w:rsidR="00F34D7F" w:rsidRPr="005E6C5B">
        <w:rPr>
          <w:lang w:val="lt-LT"/>
        </w:rPr>
        <w:t xml:space="preserve"> Programos veiklos detalios išlaidų sąmatos</w:t>
      </w:r>
      <w:r w:rsidR="004C0F85" w:rsidRPr="005E6C5B">
        <w:rPr>
          <w:lang w:val="lt-LT"/>
        </w:rPr>
        <w:t xml:space="preserve"> </w:t>
      </w:r>
      <w:r w:rsidR="00F34D7F" w:rsidRPr="005E6C5B">
        <w:rPr>
          <w:lang w:val="lt-LT"/>
        </w:rPr>
        <w:t xml:space="preserve">(Sutarties </w:t>
      </w:r>
      <w:r w:rsidR="00340898" w:rsidRPr="005E6C5B">
        <w:rPr>
          <w:lang w:val="lt-LT"/>
        </w:rPr>
        <w:t>2</w:t>
      </w:r>
      <w:r w:rsidR="004C0F85" w:rsidRPr="005E6C5B">
        <w:rPr>
          <w:lang w:val="lt-LT"/>
        </w:rPr>
        <w:t xml:space="preserve"> pried</w:t>
      </w:r>
      <w:r w:rsidR="00F34D7F" w:rsidRPr="005E6C5B">
        <w:rPr>
          <w:lang w:val="lt-LT"/>
        </w:rPr>
        <w:t>as)</w:t>
      </w:r>
      <w:r w:rsidR="004C0F85" w:rsidRPr="005E6C5B">
        <w:rPr>
          <w:lang w:val="lt-LT"/>
        </w:rPr>
        <w:t xml:space="preserve"> eilutės pakeitimas, apskaičiuotas nuo </w:t>
      </w:r>
      <w:r w:rsidR="00285828" w:rsidRPr="005E6C5B">
        <w:rPr>
          <w:lang w:val="lt-LT"/>
        </w:rPr>
        <w:t>S</w:t>
      </w:r>
      <w:r w:rsidR="004C0F85" w:rsidRPr="005E6C5B">
        <w:rPr>
          <w:lang w:val="lt-LT"/>
        </w:rPr>
        <w:t>utartyje patvirtintos tos sąmatos eilutės sumos, atliekamas nekeičiant bendros Savivaldybės finansavimo sumos, Programos veiklų ir esmės bei neįtraukiant netinkamų finansuoti išlaidų. Atlikti pakeitimai nurodomi teikiamoje Biudžeto lėšų panaudojimo ataskaitoje</w:t>
      </w:r>
      <w:r w:rsidR="004B4974" w:rsidRPr="005E6C5B">
        <w:rPr>
          <w:lang w:val="lt-LT"/>
        </w:rPr>
        <w:t xml:space="preserve"> (</w:t>
      </w:r>
      <w:r w:rsidR="00F34D7F" w:rsidRPr="005E6C5B">
        <w:rPr>
          <w:lang w:val="lt-LT"/>
        </w:rPr>
        <w:t xml:space="preserve">Sutarties </w:t>
      </w:r>
      <w:r w:rsidR="00340898" w:rsidRPr="005E6C5B">
        <w:rPr>
          <w:lang w:val="lt-LT"/>
        </w:rPr>
        <w:t>4</w:t>
      </w:r>
      <w:r w:rsidR="004B4974" w:rsidRPr="005E6C5B">
        <w:rPr>
          <w:lang w:val="lt-LT"/>
        </w:rPr>
        <w:t xml:space="preserve"> priedas)</w:t>
      </w:r>
      <w:r w:rsidR="004C0F85" w:rsidRPr="005E6C5B">
        <w:rPr>
          <w:lang w:val="lt-LT"/>
        </w:rPr>
        <w:t>.</w:t>
      </w:r>
    </w:p>
    <w:p w14:paraId="26B2BC5E" w14:textId="77777777" w:rsidR="00F476FB" w:rsidRPr="005E6C5B" w:rsidRDefault="00F476FB" w:rsidP="00F476FB">
      <w:pPr>
        <w:jc w:val="both"/>
        <w:rPr>
          <w:lang w:val="lt-LT"/>
        </w:rPr>
      </w:pPr>
    </w:p>
    <w:p w14:paraId="730F46B2" w14:textId="77777777" w:rsidR="00001131" w:rsidRPr="005E6C5B" w:rsidRDefault="00FF1FB7" w:rsidP="00F476FB">
      <w:pPr>
        <w:jc w:val="center"/>
        <w:rPr>
          <w:lang w:val="lt-LT"/>
        </w:rPr>
      </w:pPr>
      <w:r w:rsidRPr="005E6C5B">
        <w:rPr>
          <w:b/>
          <w:lang w:val="lt-LT"/>
        </w:rPr>
        <w:t>IV SKYRIUS</w:t>
      </w:r>
    </w:p>
    <w:p w14:paraId="2C1813F9" w14:textId="77777777" w:rsidR="00001131" w:rsidRPr="005E6C5B" w:rsidRDefault="00FF1FB7" w:rsidP="00F476FB">
      <w:pPr>
        <w:keepNext/>
        <w:jc w:val="center"/>
        <w:rPr>
          <w:b/>
          <w:lang w:val="lt-LT"/>
        </w:rPr>
      </w:pPr>
      <w:r w:rsidRPr="005E6C5B">
        <w:rPr>
          <w:b/>
          <w:lang w:val="lt-LT"/>
        </w:rPr>
        <w:t>SĄMATOS TIKSLINIMAS IR PAPILDOMAS FINANSAVIMAS</w:t>
      </w:r>
    </w:p>
    <w:p w14:paraId="32C3144B" w14:textId="77777777" w:rsidR="0080494B" w:rsidRPr="005E6C5B" w:rsidRDefault="0080494B" w:rsidP="00F476FB">
      <w:pPr>
        <w:keepNext/>
        <w:ind w:firstLine="720"/>
        <w:jc w:val="center"/>
        <w:rPr>
          <w:lang w:val="lt-LT"/>
        </w:rPr>
      </w:pPr>
    </w:p>
    <w:p w14:paraId="00EE5D1D" w14:textId="36609D75" w:rsidR="00001131" w:rsidRPr="005E6C5B" w:rsidRDefault="00FF1FB7" w:rsidP="00F476FB">
      <w:pPr>
        <w:ind w:firstLine="720"/>
        <w:jc w:val="both"/>
        <w:rPr>
          <w:lang w:val="lt-LT"/>
        </w:rPr>
      </w:pPr>
      <w:r w:rsidRPr="005E6C5B">
        <w:rPr>
          <w:lang w:val="lt-LT"/>
        </w:rPr>
        <w:t>2</w:t>
      </w:r>
      <w:r w:rsidR="00FA3C7E" w:rsidRPr="005E6C5B">
        <w:rPr>
          <w:lang w:val="lt-LT"/>
        </w:rPr>
        <w:t>9</w:t>
      </w:r>
      <w:r w:rsidRPr="005E6C5B">
        <w:rPr>
          <w:lang w:val="lt-LT"/>
        </w:rPr>
        <w:t xml:space="preserve">. Programos įgyvendinimo metu ketindamas pakeisti daugiau kaip 20 procentų konkrečios </w:t>
      </w:r>
      <w:r w:rsidR="00285828" w:rsidRPr="005E6C5B">
        <w:rPr>
          <w:lang w:val="lt-LT"/>
        </w:rPr>
        <w:t>S</w:t>
      </w:r>
      <w:r w:rsidRPr="005E6C5B">
        <w:rPr>
          <w:lang w:val="lt-LT"/>
        </w:rPr>
        <w:t xml:space="preserve">utarties 1 priedo sąmatos eilutės sumos, apskaičiuotos nuo </w:t>
      </w:r>
      <w:r w:rsidR="00285828" w:rsidRPr="005E6C5B">
        <w:rPr>
          <w:lang w:val="lt-LT"/>
        </w:rPr>
        <w:t>S</w:t>
      </w:r>
      <w:r w:rsidRPr="005E6C5B">
        <w:rPr>
          <w:lang w:val="lt-LT"/>
        </w:rPr>
        <w:t>utartyje patvirtintos tos sąmatos eilutės sumos, Programos vykdytojas privalo pateikti Savivaldybės administracijos direktoriui motyvuotą prašymą ir patikslintą Programos išlaidų sąmatą.</w:t>
      </w:r>
    </w:p>
    <w:p w14:paraId="5376C92C" w14:textId="66D548E8" w:rsidR="00001131" w:rsidRPr="005E6C5B" w:rsidRDefault="00FA3C7E" w:rsidP="00F476FB">
      <w:pPr>
        <w:ind w:firstLine="720"/>
        <w:jc w:val="both"/>
        <w:rPr>
          <w:lang w:val="lt-LT"/>
        </w:rPr>
      </w:pPr>
      <w:r w:rsidRPr="005E6C5B">
        <w:rPr>
          <w:lang w:val="lt-LT"/>
        </w:rPr>
        <w:t>30</w:t>
      </w:r>
      <w:r w:rsidR="00FF1FB7" w:rsidRPr="005E6C5B">
        <w:rPr>
          <w:lang w:val="lt-LT"/>
        </w:rPr>
        <w:t xml:space="preserve">. Jeigu </w:t>
      </w:r>
      <w:r w:rsidR="00285828" w:rsidRPr="005E6C5B">
        <w:rPr>
          <w:lang w:val="lt-LT"/>
        </w:rPr>
        <w:t>S</w:t>
      </w:r>
      <w:r w:rsidR="00FF1FB7" w:rsidRPr="005E6C5B">
        <w:rPr>
          <w:lang w:val="lt-LT"/>
        </w:rPr>
        <w:t>utarties 2</w:t>
      </w:r>
      <w:r w:rsidRPr="005E6C5B">
        <w:rPr>
          <w:lang w:val="lt-LT"/>
        </w:rPr>
        <w:t>9</w:t>
      </w:r>
      <w:r w:rsidR="00FF1FB7" w:rsidRPr="005E6C5B">
        <w:rPr>
          <w:lang w:val="lt-LT"/>
        </w:rPr>
        <w:t xml:space="preserve"> punkte nurodytas pakeitimas turi įtakos </w:t>
      </w:r>
      <w:r w:rsidR="00285828" w:rsidRPr="005E6C5B">
        <w:rPr>
          <w:lang w:val="lt-LT"/>
        </w:rPr>
        <w:t>S</w:t>
      </w:r>
      <w:r w:rsidR="00FF1FB7" w:rsidRPr="005E6C5B">
        <w:rPr>
          <w:lang w:val="lt-LT"/>
        </w:rPr>
        <w:t xml:space="preserve">utarties 2 priede nurodytos konkrečios Programos veiklos išlaidų struktūrai, kartu pateikiamas atitinkamai patikslintas </w:t>
      </w:r>
      <w:r w:rsidR="00285828" w:rsidRPr="005E6C5B">
        <w:rPr>
          <w:lang w:val="lt-LT"/>
        </w:rPr>
        <w:t>S</w:t>
      </w:r>
      <w:r w:rsidR="00FF1FB7" w:rsidRPr="005E6C5B">
        <w:rPr>
          <w:lang w:val="lt-LT"/>
        </w:rPr>
        <w:t>utarties 2 priedas.</w:t>
      </w:r>
    </w:p>
    <w:p w14:paraId="0F107A33" w14:textId="7C9950C6" w:rsidR="00001131" w:rsidRPr="005E6C5B" w:rsidRDefault="00FF1FB7" w:rsidP="00F476FB">
      <w:pPr>
        <w:ind w:firstLine="720"/>
        <w:jc w:val="both"/>
        <w:rPr>
          <w:lang w:val="lt-LT"/>
        </w:rPr>
      </w:pPr>
      <w:r w:rsidRPr="005E6C5B">
        <w:rPr>
          <w:lang w:val="lt-LT"/>
        </w:rPr>
        <w:t>3</w:t>
      </w:r>
      <w:r w:rsidR="00FA3C7E" w:rsidRPr="005E6C5B">
        <w:rPr>
          <w:lang w:val="lt-LT"/>
        </w:rPr>
        <w:t>1</w:t>
      </w:r>
      <w:r w:rsidRPr="005E6C5B">
        <w:rPr>
          <w:lang w:val="lt-LT"/>
        </w:rPr>
        <w:t xml:space="preserve">. Iki </w:t>
      </w:r>
      <w:r w:rsidR="00285828" w:rsidRPr="005E6C5B">
        <w:rPr>
          <w:lang w:val="lt-LT"/>
        </w:rPr>
        <w:t>S</w:t>
      </w:r>
      <w:r w:rsidRPr="005E6C5B">
        <w:rPr>
          <w:lang w:val="lt-LT"/>
        </w:rPr>
        <w:t xml:space="preserve">utarties pakeitimo įforminimo Programos vykdytojas Savivaldybės biudžeto lėšas naudoja pagal galiojančius </w:t>
      </w:r>
      <w:r w:rsidR="00285828" w:rsidRPr="005E6C5B">
        <w:rPr>
          <w:lang w:val="lt-LT"/>
        </w:rPr>
        <w:t>S</w:t>
      </w:r>
      <w:r w:rsidRPr="005E6C5B">
        <w:rPr>
          <w:lang w:val="lt-LT"/>
        </w:rPr>
        <w:t xml:space="preserve">utarties 1 ir 2 priedus ir </w:t>
      </w:r>
      <w:r w:rsidR="007B6347" w:rsidRPr="005E6C5B">
        <w:rPr>
          <w:lang w:val="lt-LT"/>
        </w:rPr>
        <w:t>negali keisti sąmatos eilutės daugiau kaip 20 procentų.</w:t>
      </w:r>
    </w:p>
    <w:p w14:paraId="062CB3F9" w14:textId="1B113928" w:rsidR="00001131" w:rsidRPr="005E6C5B" w:rsidRDefault="00FF1FB7" w:rsidP="00F476FB">
      <w:pPr>
        <w:ind w:firstLine="720"/>
        <w:jc w:val="both"/>
        <w:rPr>
          <w:lang w:val="lt-LT"/>
        </w:rPr>
      </w:pPr>
      <w:r w:rsidRPr="005E6C5B">
        <w:rPr>
          <w:lang w:val="lt-LT"/>
        </w:rPr>
        <w:t>3</w:t>
      </w:r>
      <w:r w:rsidR="00FA3C7E" w:rsidRPr="005E6C5B">
        <w:rPr>
          <w:lang w:val="lt-LT"/>
        </w:rPr>
        <w:t>2</w:t>
      </w:r>
      <w:r w:rsidRPr="005E6C5B">
        <w:rPr>
          <w:lang w:val="lt-LT"/>
        </w:rPr>
        <w:t>. Susitarimas dėl</w:t>
      </w:r>
      <w:r w:rsidR="0065283C" w:rsidRPr="005E6C5B">
        <w:rPr>
          <w:lang w:val="lt-LT"/>
        </w:rPr>
        <w:t xml:space="preserve"> </w:t>
      </w:r>
      <w:r w:rsidR="00285828" w:rsidRPr="005E6C5B">
        <w:rPr>
          <w:lang w:val="lt-LT"/>
        </w:rPr>
        <w:t>S</w:t>
      </w:r>
      <w:r w:rsidRPr="005E6C5B">
        <w:rPr>
          <w:lang w:val="lt-LT"/>
        </w:rPr>
        <w:t xml:space="preserve">utarties pakeitimo pasirašomas per 10 darbo dienų nuo Programos vykdytojo prašymo pakeisti </w:t>
      </w:r>
      <w:r w:rsidR="00285828" w:rsidRPr="005E6C5B">
        <w:rPr>
          <w:lang w:val="lt-LT"/>
        </w:rPr>
        <w:t>S</w:t>
      </w:r>
      <w:r w:rsidRPr="005E6C5B">
        <w:rPr>
          <w:lang w:val="lt-LT"/>
        </w:rPr>
        <w:t xml:space="preserve">utartį gavimo dienos arba per šį terminą Programos vykdytojui pateikiamas motyvuotas atsisakymas pakeisti </w:t>
      </w:r>
      <w:r w:rsidR="00285828" w:rsidRPr="005E6C5B">
        <w:rPr>
          <w:lang w:val="lt-LT"/>
        </w:rPr>
        <w:t>S</w:t>
      </w:r>
      <w:r w:rsidRPr="005E6C5B">
        <w:rPr>
          <w:lang w:val="lt-LT"/>
        </w:rPr>
        <w:t>utartį.</w:t>
      </w:r>
    </w:p>
    <w:p w14:paraId="7C0108D5" w14:textId="3A36F75A" w:rsidR="00001131" w:rsidRPr="005E6C5B" w:rsidRDefault="00FF1FB7" w:rsidP="00F476FB">
      <w:pPr>
        <w:ind w:firstLine="720"/>
        <w:jc w:val="both"/>
        <w:rPr>
          <w:lang w:val="lt-LT"/>
        </w:rPr>
      </w:pPr>
      <w:r w:rsidRPr="005E6C5B">
        <w:rPr>
          <w:lang w:val="lt-LT"/>
        </w:rPr>
        <w:t>3</w:t>
      </w:r>
      <w:r w:rsidR="00FA3C7E" w:rsidRPr="005E6C5B">
        <w:rPr>
          <w:lang w:val="lt-LT"/>
        </w:rPr>
        <w:t>3</w:t>
      </w:r>
      <w:r w:rsidRPr="005E6C5B">
        <w:rPr>
          <w:lang w:val="lt-LT"/>
        </w:rPr>
        <w:t>. Sąmatos tikslinimas negali būti naudojamas Programos esmei pakeisti, netinkamoms finansuoti išlaidoms įtraukti, Programos vykdytojo privalomam prisidėjimui sumažinti ar bendrai Savivaldybės finansavimo sumai padidinti, išskyrus Nuostatų nustatyta tvarka skirtą papildomą finansavimą.</w:t>
      </w:r>
    </w:p>
    <w:p w14:paraId="40165C92" w14:textId="2371610A" w:rsidR="008263DF" w:rsidRPr="005E6C5B" w:rsidRDefault="00FF1FB7" w:rsidP="008263DF">
      <w:pPr>
        <w:ind w:firstLine="720"/>
        <w:jc w:val="both"/>
        <w:rPr>
          <w:lang w:val="lt-LT"/>
        </w:rPr>
      </w:pPr>
      <w:r w:rsidRPr="005E6C5B">
        <w:rPr>
          <w:lang w:val="lt-LT"/>
        </w:rPr>
        <w:t>3</w:t>
      </w:r>
      <w:r w:rsidR="00FA3C7E" w:rsidRPr="005E6C5B">
        <w:rPr>
          <w:lang w:val="lt-LT"/>
        </w:rPr>
        <w:t>4</w:t>
      </w:r>
      <w:r w:rsidRPr="005E6C5B">
        <w:rPr>
          <w:lang w:val="lt-LT"/>
        </w:rPr>
        <w:t>. Programos vykdytojas gali pateikti Savivaldybei motyvuotą prašymą skirti papildomų lėšų, jeigu Programos įgyvendinimo metu atsirado nuo Programos vykdytojo valios nepriklausanči</w:t>
      </w:r>
      <w:r w:rsidR="007B6347" w:rsidRPr="005E6C5B">
        <w:rPr>
          <w:lang w:val="lt-LT"/>
        </w:rPr>
        <w:t>ų</w:t>
      </w:r>
      <w:r w:rsidRPr="005E6C5B">
        <w:rPr>
          <w:lang w:val="lt-LT"/>
        </w:rPr>
        <w:t xml:space="preserve"> aplinkyb</w:t>
      </w:r>
      <w:r w:rsidR="007B6347" w:rsidRPr="005E6C5B">
        <w:rPr>
          <w:lang w:val="lt-LT"/>
        </w:rPr>
        <w:t>ių</w:t>
      </w:r>
      <w:r w:rsidRPr="005E6C5B">
        <w:rPr>
          <w:lang w:val="lt-LT"/>
        </w:rPr>
        <w:t>, kurių nebuvo galima</w:t>
      </w:r>
      <w:r w:rsidR="008263DF" w:rsidRPr="005E6C5B">
        <w:rPr>
          <w:lang w:val="lt-LT"/>
        </w:rPr>
        <w:t xml:space="preserve"> objektyviai</w:t>
      </w:r>
      <w:r w:rsidRPr="005E6C5B">
        <w:rPr>
          <w:lang w:val="lt-LT"/>
        </w:rPr>
        <w:t xml:space="preserve"> numatyti teikiant paraišką ir dėl</w:t>
      </w:r>
      <w:r w:rsidR="008263DF" w:rsidRPr="005E6C5B">
        <w:rPr>
          <w:lang w:val="lt-LT"/>
        </w:rPr>
        <w:t xml:space="preserve"> kurių</w:t>
      </w:r>
      <w:r w:rsidRPr="005E6C5B">
        <w:rPr>
          <w:lang w:val="lt-LT"/>
        </w:rPr>
        <w:t xml:space="preserve"> padidėjo Programai įgyvendinti būtinų tinkamų finansuoti išlaidų</w:t>
      </w:r>
      <w:r w:rsidR="008263DF" w:rsidRPr="005E6C5B">
        <w:rPr>
          <w:lang w:val="lt-LT"/>
        </w:rPr>
        <w:t xml:space="preserve"> poreikis. Papildomos lėšos gali būti skiriamos tik Programai įgyvendinti būtinoms išlaidoms, kurios nebuvo ir objektyviai negalėjo būti </w:t>
      </w:r>
      <w:r w:rsidR="008263DF" w:rsidRPr="005E6C5B">
        <w:rPr>
          <w:lang w:val="lt-LT"/>
        </w:rPr>
        <w:lastRenderedPageBreak/>
        <w:t>numatytos pirminėje paraiškoje, finansuoti, jeigu dėl objektyviai nenuspėjamų aplinkybių be papildomų lėšų nebūtų galima pasiekti Programos tikslo.</w:t>
      </w:r>
    </w:p>
    <w:p w14:paraId="3B5600BD" w14:textId="5DA23EED" w:rsidR="00001131" w:rsidRPr="005E6C5B" w:rsidRDefault="00FF1FB7" w:rsidP="00F476FB">
      <w:pPr>
        <w:ind w:firstLine="720"/>
        <w:jc w:val="both"/>
        <w:rPr>
          <w:lang w:val="lt-LT"/>
        </w:rPr>
      </w:pPr>
      <w:r w:rsidRPr="005E6C5B">
        <w:rPr>
          <w:lang w:val="lt-LT"/>
        </w:rPr>
        <w:t>3</w:t>
      </w:r>
      <w:r w:rsidR="00FA3C7E" w:rsidRPr="005E6C5B">
        <w:rPr>
          <w:lang w:val="lt-LT"/>
        </w:rPr>
        <w:t>5</w:t>
      </w:r>
      <w:r w:rsidRPr="005E6C5B">
        <w:rPr>
          <w:lang w:val="lt-LT"/>
        </w:rPr>
        <w:t>. Prašymas dėl papildomų lėšų skyrimo teikiamas likus ne mažiau kaip 30 kalendorinių dienų iki planuojamų papildomų išlaidų patyrimo.</w:t>
      </w:r>
    </w:p>
    <w:p w14:paraId="6D672454" w14:textId="38B3549C" w:rsidR="00001131" w:rsidRPr="005E6C5B" w:rsidRDefault="00FF1FB7" w:rsidP="00F476FB">
      <w:pPr>
        <w:ind w:firstLine="720"/>
        <w:jc w:val="both"/>
        <w:rPr>
          <w:lang w:val="lt-LT"/>
        </w:rPr>
      </w:pPr>
      <w:r w:rsidRPr="005E6C5B">
        <w:rPr>
          <w:lang w:val="lt-LT"/>
        </w:rPr>
        <w:t>3</w:t>
      </w:r>
      <w:r w:rsidR="00FA3C7E" w:rsidRPr="005E6C5B">
        <w:rPr>
          <w:lang w:val="lt-LT"/>
        </w:rPr>
        <w:t>6</w:t>
      </w:r>
      <w:r w:rsidRPr="005E6C5B">
        <w:rPr>
          <w:lang w:val="lt-LT"/>
        </w:rPr>
        <w:t>. Kartu su prašymu dėl papildomo finansavimo Programos vykdytojas pateikia:</w:t>
      </w:r>
    </w:p>
    <w:p w14:paraId="28E9AA45" w14:textId="6BA870ED" w:rsidR="00001131" w:rsidRPr="005E6C5B" w:rsidRDefault="00FF1FB7" w:rsidP="00F476FB">
      <w:pPr>
        <w:ind w:firstLine="720"/>
        <w:jc w:val="both"/>
        <w:rPr>
          <w:lang w:val="lt-LT"/>
        </w:rPr>
      </w:pPr>
      <w:r w:rsidRPr="005E6C5B">
        <w:rPr>
          <w:lang w:val="lt-LT"/>
        </w:rPr>
        <w:t>3</w:t>
      </w:r>
      <w:r w:rsidR="00FA3C7E" w:rsidRPr="005E6C5B">
        <w:rPr>
          <w:lang w:val="lt-LT"/>
        </w:rPr>
        <w:t>6</w:t>
      </w:r>
      <w:r w:rsidRPr="005E6C5B">
        <w:rPr>
          <w:lang w:val="lt-LT"/>
        </w:rPr>
        <w:t>.1. aplinkybių, dėl kurių atsirado papildomas lėšų poreikis, pagrindimą;</w:t>
      </w:r>
    </w:p>
    <w:p w14:paraId="2735E75E" w14:textId="1F37F734" w:rsidR="00001131" w:rsidRPr="005E6C5B" w:rsidRDefault="00FF1FB7" w:rsidP="00F476FB">
      <w:pPr>
        <w:ind w:firstLine="720"/>
        <w:jc w:val="both"/>
        <w:rPr>
          <w:lang w:val="lt-LT"/>
        </w:rPr>
      </w:pPr>
      <w:r w:rsidRPr="005E6C5B">
        <w:rPr>
          <w:lang w:val="lt-LT"/>
        </w:rPr>
        <w:t>3</w:t>
      </w:r>
      <w:r w:rsidR="00FA3C7E" w:rsidRPr="005E6C5B">
        <w:rPr>
          <w:lang w:val="lt-LT"/>
        </w:rPr>
        <w:t>6</w:t>
      </w:r>
      <w:r w:rsidRPr="005E6C5B">
        <w:rPr>
          <w:lang w:val="lt-LT"/>
        </w:rPr>
        <w:t>.2. patikslintą Programos veiklų planą, jeigu dėl papildomo finansavimo keičiasi Programos veiklos;</w:t>
      </w:r>
    </w:p>
    <w:p w14:paraId="59F9D3DE" w14:textId="1E1E8830" w:rsidR="00001131" w:rsidRPr="005E6C5B" w:rsidRDefault="00FF1FB7" w:rsidP="00F476FB">
      <w:pPr>
        <w:ind w:firstLine="720"/>
        <w:jc w:val="both"/>
        <w:rPr>
          <w:lang w:val="lt-LT"/>
        </w:rPr>
      </w:pPr>
      <w:r w:rsidRPr="005E6C5B">
        <w:rPr>
          <w:lang w:val="lt-LT"/>
        </w:rPr>
        <w:t>3</w:t>
      </w:r>
      <w:r w:rsidR="00FA3C7E" w:rsidRPr="005E6C5B">
        <w:rPr>
          <w:lang w:val="lt-LT"/>
        </w:rPr>
        <w:t>6</w:t>
      </w:r>
      <w:r w:rsidRPr="005E6C5B">
        <w:rPr>
          <w:lang w:val="lt-LT"/>
        </w:rPr>
        <w:t>.3. detalią papildomų išlaidų sąmatą, nurodydamas išlaidų rūšis, kiekius, vieneto kainas ir bendrą papildomų lėšų poreikį;</w:t>
      </w:r>
    </w:p>
    <w:p w14:paraId="6041D9DE" w14:textId="0F2C4CF7" w:rsidR="00001131" w:rsidRPr="005E6C5B" w:rsidRDefault="00FF1FB7" w:rsidP="00F476FB">
      <w:pPr>
        <w:ind w:firstLine="720"/>
        <w:jc w:val="both"/>
        <w:rPr>
          <w:lang w:val="lt-LT"/>
        </w:rPr>
      </w:pPr>
      <w:r w:rsidRPr="005E6C5B">
        <w:rPr>
          <w:lang w:val="lt-LT"/>
        </w:rPr>
        <w:t>3</w:t>
      </w:r>
      <w:r w:rsidR="00FA3C7E" w:rsidRPr="005E6C5B">
        <w:rPr>
          <w:lang w:val="lt-LT"/>
        </w:rPr>
        <w:t>6</w:t>
      </w:r>
      <w:r w:rsidRPr="005E6C5B">
        <w:rPr>
          <w:lang w:val="lt-LT"/>
        </w:rPr>
        <w:t>.4. dokumentus, pagrindžiančius papildomų išlaidų būtinumą ir jų dydį.</w:t>
      </w:r>
    </w:p>
    <w:p w14:paraId="594FFAE7" w14:textId="6D028F11" w:rsidR="00001131" w:rsidRPr="005E6C5B" w:rsidRDefault="00FF1FB7" w:rsidP="00F476FB">
      <w:pPr>
        <w:ind w:firstLine="720"/>
        <w:jc w:val="both"/>
        <w:rPr>
          <w:lang w:val="lt-LT"/>
        </w:rPr>
      </w:pPr>
      <w:r w:rsidRPr="005E6C5B">
        <w:rPr>
          <w:lang w:val="lt-LT"/>
        </w:rPr>
        <w:t>3</w:t>
      </w:r>
      <w:r w:rsidR="00FA3C7E" w:rsidRPr="005E6C5B">
        <w:rPr>
          <w:lang w:val="lt-LT"/>
        </w:rPr>
        <w:t>7</w:t>
      </w:r>
      <w:r w:rsidRPr="005E6C5B">
        <w:rPr>
          <w:lang w:val="lt-LT"/>
        </w:rPr>
        <w:t xml:space="preserve">. Papildomas finansavimas </w:t>
      </w:r>
      <w:r w:rsidRPr="00461E66">
        <w:rPr>
          <w:lang w:val="lt-LT"/>
        </w:rPr>
        <w:t xml:space="preserve">gali būti skiriamas tik Savivaldybės merui, atsižvelgus į darbo grupės motyvuotą rekomendaciją ir </w:t>
      </w:r>
      <w:r w:rsidR="00461E66" w:rsidRPr="00461E66">
        <w:rPr>
          <w:lang w:val="lt-LT"/>
        </w:rPr>
        <w:t>Sporto programoje tam tikslui turimus asignavimu</w:t>
      </w:r>
      <w:r w:rsidRPr="005E6C5B">
        <w:rPr>
          <w:lang w:val="lt-LT"/>
        </w:rPr>
        <w:t>, priėmus sprendimą dėl papildomų lėšų skyrimo. Skyrus papildomą finansavimą:</w:t>
      </w:r>
    </w:p>
    <w:p w14:paraId="6C596747" w14:textId="3223CFD2" w:rsidR="00001131" w:rsidRPr="005E6C5B" w:rsidRDefault="00FF1FB7" w:rsidP="00F476FB">
      <w:pPr>
        <w:ind w:firstLine="720"/>
        <w:jc w:val="both"/>
        <w:rPr>
          <w:lang w:val="lt-LT"/>
        </w:rPr>
      </w:pPr>
      <w:r w:rsidRPr="005E6C5B">
        <w:rPr>
          <w:lang w:val="lt-LT"/>
        </w:rPr>
        <w:t>3</w:t>
      </w:r>
      <w:r w:rsidR="00FA3C7E" w:rsidRPr="005E6C5B">
        <w:rPr>
          <w:lang w:val="lt-LT"/>
        </w:rPr>
        <w:t>7</w:t>
      </w:r>
      <w:r w:rsidRPr="005E6C5B">
        <w:rPr>
          <w:lang w:val="lt-LT"/>
        </w:rPr>
        <w:t xml:space="preserve">.1. sudaromas susitarimas dėl šios </w:t>
      </w:r>
      <w:r w:rsidR="00285828" w:rsidRPr="005E6C5B">
        <w:rPr>
          <w:lang w:val="lt-LT"/>
        </w:rPr>
        <w:t>S</w:t>
      </w:r>
      <w:r w:rsidRPr="005E6C5B">
        <w:rPr>
          <w:lang w:val="lt-LT"/>
        </w:rPr>
        <w:t>utarties pakeitimo;</w:t>
      </w:r>
    </w:p>
    <w:p w14:paraId="3CDBF632" w14:textId="4C8D3D11" w:rsidR="00001131" w:rsidRPr="005E6C5B" w:rsidRDefault="00FF1FB7" w:rsidP="00F476FB">
      <w:pPr>
        <w:ind w:firstLine="720"/>
        <w:jc w:val="both"/>
        <w:rPr>
          <w:lang w:val="lt-LT"/>
        </w:rPr>
      </w:pPr>
      <w:r w:rsidRPr="005E6C5B">
        <w:rPr>
          <w:lang w:val="lt-LT"/>
        </w:rPr>
        <w:t>3</w:t>
      </w:r>
      <w:r w:rsidR="00FA3C7E" w:rsidRPr="005E6C5B">
        <w:rPr>
          <w:lang w:val="lt-LT"/>
        </w:rPr>
        <w:t>7</w:t>
      </w:r>
      <w:r w:rsidRPr="005E6C5B">
        <w:rPr>
          <w:lang w:val="lt-LT"/>
        </w:rPr>
        <w:t xml:space="preserve">.2. atitinkamai tikslinami </w:t>
      </w:r>
      <w:r w:rsidR="00285828" w:rsidRPr="005E6C5B">
        <w:rPr>
          <w:lang w:val="lt-LT"/>
        </w:rPr>
        <w:t>S</w:t>
      </w:r>
      <w:r w:rsidRPr="005E6C5B">
        <w:rPr>
          <w:lang w:val="lt-LT"/>
        </w:rPr>
        <w:t>utarties 1 ir 2 priedai;</w:t>
      </w:r>
    </w:p>
    <w:p w14:paraId="5D80A91D" w14:textId="1C8C4011" w:rsidR="00001131" w:rsidRPr="005E6C5B" w:rsidRDefault="00FF1FB7" w:rsidP="00F476FB">
      <w:pPr>
        <w:ind w:firstLine="720"/>
        <w:jc w:val="both"/>
        <w:rPr>
          <w:lang w:val="lt-LT"/>
        </w:rPr>
      </w:pPr>
      <w:r w:rsidRPr="005E6C5B">
        <w:rPr>
          <w:lang w:val="lt-LT"/>
        </w:rPr>
        <w:t>3</w:t>
      </w:r>
      <w:r w:rsidR="00FA3C7E" w:rsidRPr="005E6C5B">
        <w:rPr>
          <w:lang w:val="lt-LT"/>
        </w:rPr>
        <w:t>7</w:t>
      </w:r>
      <w:r w:rsidRPr="005E6C5B">
        <w:rPr>
          <w:lang w:val="lt-LT"/>
        </w:rPr>
        <w:t>.3. turi būti išlaikytas Nuostatuose nustatytas ne mažesnis kaip 10 procentų Programos vykdytojo ir (ar) partnerių (rėmėjų) prisidėjimas ir ne didesnė kaip 90 procentų Savivaldybės finansavimo dalis</w:t>
      </w:r>
      <w:r w:rsidR="00FF36B6" w:rsidRPr="005E6C5B">
        <w:rPr>
          <w:lang w:val="lt-LT"/>
        </w:rPr>
        <w:t>;</w:t>
      </w:r>
    </w:p>
    <w:p w14:paraId="2BE4AC48" w14:textId="05D01870" w:rsidR="00CF5CFD" w:rsidRPr="005E6C5B" w:rsidRDefault="004C0F85" w:rsidP="00F476FB">
      <w:pPr>
        <w:ind w:firstLine="720"/>
        <w:jc w:val="both"/>
        <w:rPr>
          <w:lang w:val="lt-LT"/>
        </w:rPr>
      </w:pPr>
      <w:r w:rsidRPr="005E6C5B">
        <w:rPr>
          <w:lang w:val="lt-LT"/>
        </w:rPr>
        <w:t>3</w:t>
      </w:r>
      <w:r w:rsidR="00FA3C7E" w:rsidRPr="005E6C5B">
        <w:rPr>
          <w:lang w:val="lt-LT"/>
        </w:rPr>
        <w:t>7</w:t>
      </w:r>
      <w:r w:rsidRPr="005E6C5B">
        <w:rPr>
          <w:lang w:val="lt-LT"/>
        </w:rPr>
        <w:t xml:space="preserve">.4. </w:t>
      </w:r>
      <w:r w:rsidR="007B6347" w:rsidRPr="005E6C5B">
        <w:rPr>
          <w:lang w:val="lt-LT"/>
        </w:rPr>
        <w:t>p</w:t>
      </w:r>
      <w:r w:rsidRPr="005E6C5B">
        <w:rPr>
          <w:lang w:val="lt-LT"/>
        </w:rPr>
        <w:t>apildomas finansavimas negali būti skiriamas išlaidoms, kurių poreikis atsirado dėl netinkamo Programos vykdytojo veiklų ar išlaidų planavimo, neefektyvaus lėšų naudojimo, prisiimtų įsipareigojimų nevykdymo ar kitų nuo Programos vykdytojo valios priklausančių aplinkybių.</w:t>
      </w:r>
    </w:p>
    <w:p w14:paraId="7EB20B76" w14:textId="77777777" w:rsidR="00DB420C" w:rsidRPr="005E6C5B" w:rsidRDefault="00DB420C" w:rsidP="00F476FB">
      <w:pPr>
        <w:jc w:val="both"/>
        <w:rPr>
          <w:lang w:val="lt-LT"/>
        </w:rPr>
      </w:pPr>
    </w:p>
    <w:p w14:paraId="0F6EAEBF" w14:textId="77777777" w:rsidR="00001131" w:rsidRPr="005E6C5B" w:rsidRDefault="00FF1FB7" w:rsidP="00F476FB">
      <w:pPr>
        <w:keepNext/>
        <w:jc w:val="center"/>
        <w:rPr>
          <w:lang w:val="lt-LT"/>
        </w:rPr>
      </w:pPr>
      <w:r w:rsidRPr="005E6C5B">
        <w:rPr>
          <w:b/>
          <w:lang w:val="lt-LT"/>
        </w:rPr>
        <w:t>V SKYRIUS</w:t>
      </w:r>
    </w:p>
    <w:p w14:paraId="2432990D" w14:textId="77777777" w:rsidR="00001131" w:rsidRPr="005E6C5B" w:rsidRDefault="00FF1FB7" w:rsidP="00F476FB">
      <w:pPr>
        <w:keepNext/>
        <w:jc w:val="center"/>
        <w:rPr>
          <w:b/>
          <w:lang w:val="lt-LT"/>
        </w:rPr>
      </w:pPr>
      <w:r w:rsidRPr="005E6C5B">
        <w:rPr>
          <w:b/>
          <w:lang w:val="lt-LT"/>
        </w:rPr>
        <w:t>PROGRAMOS VYKDYTOJO TEISĖS IR PAREIGOS</w:t>
      </w:r>
    </w:p>
    <w:p w14:paraId="44263C06" w14:textId="77777777" w:rsidR="0080494B" w:rsidRPr="005E6C5B" w:rsidRDefault="0080494B" w:rsidP="00F476FB">
      <w:pPr>
        <w:keepNext/>
        <w:ind w:firstLine="720"/>
        <w:jc w:val="center"/>
        <w:rPr>
          <w:lang w:val="lt-LT"/>
        </w:rPr>
      </w:pPr>
    </w:p>
    <w:p w14:paraId="09D983C8" w14:textId="429D601C" w:rsidR="00001131" w:rsidRPr="005E6C5B" w:rsidRDefault="00FF1FB7" w:rsidP="00F476FB">
      <w:pPr>
        <w:ind w:firstLine="720"/>
        <w:jc w:val="both"/>
        <w:rPr>
          <w:lang w:val="lt-LT"/>
        </w:rPr>
      </w:pPr>
      <w:r w:rsidRPr="005E6C5B">
        <w:rPr>
          <w:lang w:val="lt-LT"/>
        </w:rPr>
        <w:t>3</w:t>
      </w:r>
      <w:r w:rsidR="00FA3C7E" w:rsidRPr="005E6C5B">
        <w:rPr>
          <w:lang w:val="lt-LT"/>
        </w:rPr>
        <w:t>8</w:t>
      </w:r>
      <w:r w:rsidRPr="005E6C5B">
        <w:rPr>
          <w:lang w:val="lt-LT"/>
        </w:rPr>
        <w:t>. Programos vykdytojas įsipareigoja tinkamai įgyvendinti Programą ir atsako už Programos veiklų įgyvendinimą bei teisėtą ir tikslinį Savivaldybės biudžeto lėšų panaudojimą.</w:t>
      </w:r>
    </w:p>
    <w:p w14:paraId="78A13BB6" w14:textId="180F02E4" w:rsidR="00001131" w:rsidRPr="005E6C5B" w:rsidRDefault="00FF1FB7" w:rsidP="00F476FB">
      <w:pPr>
        <w:ind w:firstLine="720"/>
        <w:jc w:val="both"/>
        <w:rPr>
          <w:lang w:val="lt-LT"/>
        </w:rPr>
      </w:pPr>
      <w:r w:rsidRPr="005E6C5B">
        <w:rPr>
          <w:lang w:val="lt-LT"/>
        </w:rPr>
        <w:t>3</w:t>
      </w:r>
      <w:r w:rsidR="00FA3C7E" w:rsidRPr="005E6C5B">
        <w:rPr>
          <w:lang w:val="lt-LT"/>
        </w:rPr>
        <w:t>9</w:t>
      </w:r>
      <w:r w:rsidRPr="005E6C5B">
        <w:rPr>
          <w:lang w:val="lt-LT"/>
        </w:rPr>
        <w:t xml:space="preserve">. Programos vykdytojas privalo užtikrinti </w:t>
      </w:r>
      <w:r w:rsidR="00285828" w:rsidRPr="005E6C5B">
        <w:rPr>
          <w:lang w:val="lt-LT"/>
        </w:rPr>
        <w:t>S</w:t>
      </w:r>
      <w:r w:rsidRPr="005E6C5B">
        <w:rPr>
          <w:lang w:val="lt-LT"/>
        </w:rPr>
        <w:t>utartyje nustatyto savo ir (ar) partnerių (rėmėjų) prisidėjimo prie Programos įgyvendinimo dydį.</w:t>
      </w:r>
    </w:p>
    <w:p w14:paraId="5C7CADD3" w14:textId="539F8744" w:rsidR="00001131" w:rsidRPr="005E6C5B" w:rsidRDefault="00FA3C7E" w:rsidP="00F476FB">
      <w:pPr>
        <w:ind w:firstLine="720"/>
        <w:jc w:val="both"/>
        <w:rPr>
          <w:lang w:val="lt-LT"/>
        </w:rPr>
      </w:pPr>
      <w:r w:rsidRPr="005E6C5B">
        <w:rPr>
          <w:lang w:val="lt-LT"/>
        </w:rPr>
        <w:t>40</w:t>
      </w:r>
      <w:r w:rsidR="00FF1FB7" w:rsidRPr="005E6C5B">
        <w:rPr>
          <w:lang w:val="lt-LT"/>
        </w:rPr>
        <w:t xml:space="preserve">. Programos vykdytojas privalo </w:t>
      </w:r>
      <w:r w:rsidR="00B57A74" w:rsidRPr="005E6C5B">
        <w:rPr>
          <w:lang w:val="lt-LT"/>
        </w:rPr>
        <w:t>tvarkyti Programos išlaidų apskaitą ir dokumentus</w:t>
      </w:r>
      <w:r w:rsidR="00FF1FB7" w:rsidRPr="005E6C5B">
        <w:rPr>
          <w:lang w:val="lt-LT"/>
        </w:rPr>
        <w:t xml:space="preserve"> taip, kad būtų galima patikrinti kiekvienos deklaruotos išlaidos atitiktį </w:t>
      </w:r>
      <w:r w:rsidR="00285828" w:rsidRPr="005E6C5B">
        <w:rPr>
          <w:lang w:val="lt-LT"/>
        </w:rPr>
        <w:t>S</w:t>
      </w:r>
      <w:r w:rsidR="00FF1FB7" w:rsidRPr="005E6C5B">
        <w:rPr>
          <w:lang w:val="lt-LT"/>
        </w:rPr>
        <w:t>utarties 23 punkto reikalavimams.</w:t>
      </w:r>
    </w:p>
    <w:p w14:paraId="36256978" w14:textId="1AA97FE4" w:rsidR="00001131" w:rsidRPr="005E6C5B" w:rsidRDefault="00FF1FB7" w:rsidP="00F476FB">
      <w:pPr>
        <w:ind w:firstLine="720"/>
        <w:jc w:val="both"/>
        <w:rPr>
          <w:lang w:val="lt-LT"/>
        </w:rPr>
      </w:pPr>
      <w:r w:rsidRPr="005E6C5B">
        <w:rPr>
          <w:lang w:val="lt-LT"/>
        </w:rPr>
        <w:t>4</w:t>
      </w:r>
      <w:r w:rsidR="00FA3C7E" w:rsidRPr="005E6C5B">
        <w:rPr>
          <w:lang w:val="lt-LT"/>
        </w:rPr>
        <w:t>1</w:t>
      </w:r>
      <w:r w:rsidRPr="005E6C5B">
        <w:rPr>
          <w:lang w:val="lt-LT"/>
        </w:rPr>
        <w:t xml:space="preserve">. Programos vykdytojas privalo </w:t>
      </w:r>
      <w:r w:rsidR="00285828" w:rsidRPr="005E6C5B">
        <w:rPr>
          <w:lang w:val="lt-LT"/>
        </w:rPr>
        <w:t>S</w:t>
      </w:r>
      <w:r w:rsidRPr="005E6C5B">
        <w:rPr>
          <w:lang w:val="lt-LT"/>
        </w:rPr>
        <w:t>utartyje nustatytais terminais pateikti visas privalomas lėšų panaudojimo, tarpines ir metines Programos uždavinių, siektinų rezultatų bei privalomųjų kriterijų įvykdymo ataskaitas.</w:t>
      </w:r>
    </w:p>
    <w:p w14:paraId="544BF70F" w14:textId="45F5DBF6" w:rsidR="00001131" w:rsidRPr="005E6C5B" w:rsidRDefault="00FF1FB7" w:rsidP="00F476FB">
      <w:pPr>
        <w:ind w:firstLine="720"/>
        <w:jc w:val="both"/>
        <w:rPr>
          <w:lang w:val="lt-LT"/>
        </w:rPr>
      </w:pPr>
      <w:r w:rsidRPr="005E6C5B">
        <w:rPr>
          <w:lang w:val="lt-LT"/>
        </w:rPr>
        <w:t>4</w:t>
      </w:r>
      <w:r w:rsidR="00FA3C7E" w:rsidRPr="005E6C5B">
        <w:rPr>
          <w:lang w:val="lt-LT"/>
        </w:rPr>
        <w:t>2</w:t>
      </w:r>
      <w:r w:rsidRPr="005E6C5B">
        <w:rPr>
          <w:lang w:val="lt-LT"/>
        </w:rPr>
        <w:t>. Programos vykdytojas Savivaldybės administracijos reikalavimu privalo pateikti visą su Programos įgyvendinimu ir (ar) Programai skirtų lėšų panaudojimu susijusią informaciją, įskaitant pirminius apskaitos dokumentus ar jų kopijas ir Programos vykdytojo bei partnerių (rėmėjų) prisidėjimą patvirtinančius dokumentus.</w:t>
      </w:r>
    </w:p>
    <w:p w14:paraId="0151EBD2" w14:textId="3253F8F2" w:rsidR="00001131" w:rsidRPr="005E6C5B" w:rsidRDefault="00FF1FB7" w:rsidP="00F476FB">
      <w:pPr>
        <w:ind w:firstLine="720"/>
        <w:jc w:val="both"/>
        <w:rPr>
          <w:lang w:val="lt-LT"/>
        </w:rPr>
      </w:pPr>
      <w:r w:rsidRPr="005E6C5B">
        <w:rPr>
          <w:lang w:val="lt-LT"/>
        </w:rPr>
        <w:t>4</w:t>
      </w:r>
      <w:r w:rsidR="00FA3C7E" w:rsidRPr="005E6C5B">
        <w:rPr>
          <w:lang w:val="lt-LT"/>
        </w:rPr>
        <w:t>3</w:t>
      </w:r>
      <w:r w:rsidRPr="005E6C5B">
        <w:rPr>
          <w:lang w:val="lt-LT"/>
        </w:rPr>
        <w:t>. Programos vykdytojas visoje su Programos įgyvendinimu susijusioje komunikacijos medžiagoje privalo nurodyti, kad Programai įgyvendinti lėšas skyrė Panevėžio miesto savivaldybė, ir Savivaldybės herbą ir (ar) Savivaldybės ženklą naudoti teisės aktų nustatyta tvarka.</w:t>
      </w:r>
    </w:p>
    <w:p w14:paraId="3ED083F2" w14:textId="4E4F9610" w:rsidR="00001131" w:rsidRPr="005E6C5B" w:rsidRDefault="00FF1FB7" w:rsidP="00F476FB">
      <w:pPr>
        <w:ind w:firstLine="720"/>
        <w:jc w:val="both"/>
        <w:rPr>
          <w:lang w:val="lt-LT"/>
        </w:rPr>
      </w:pPr>
      <w:r w:rsidRPr="005E6C5B">
        <w:rPr>
          <w:lang w:val="lt-LT"/>
        </w:rPr>
        <w:t>4</w:t>
      </w:r>
      <w:r w:rsidR="00FA3C7E" w:rsidRPr="005E6C5B">
        <w:rPr>
          <w:lang w:val="lt-LT"/>
        </w:rPr>
        <w:t>4</w:t>
      </w:r>
      <w:r w:rsidRPr="005E6C5B">
        <w:rPr>
          <w:lang w:val="lt-LT"/>
        </w:rPr>
        <w:t>. Programos vykdytojas privalo laikytis taikomų teisės aktų reikalavimų dėl skaidrumo, interesų konfliktų prevencijos ir asmens duomenų apsaugos.</w:t>
      </w:r>
    </w:p>
    <w:p w14:paraId="7EAD813E" w14:textId="77777777" w:rsidR="00B57A74" w:rsidRPr="005E6C5B" w:rsidRDefault="00FF1FB7" w:rsidP="00F476FB">
      <w:pPr>
        <w:ind w:firstLine="720"/>
        <w:jc w:val="both"/>
        <w:rPr>
          <w:lang w:val="lt-LT"/>
        </w:rPr>
      </w:pPr>
      <w:r w:rsidRPr="005E6C5B">
        <w:rPr>
          <w:lang w:val="lt-LT"/>
        </w:rPr>
        <w:t>4</w:t>
      </w:r>
      <w:r w:rsidR="00FA3C7E" w:rsidRPr="005E6C5B">
        <w:rPr>
          <w:lang w:val="lt-LT"/>
        </w:rPr>
        <w:t>5</w:t>
      </w:r>
      <w:r w:rsidRPr="005E6C5B">
        <w:rPr>
          <w:lang w:val="lt-LT"/>
        </w:rPr>
        <w:t>. Programos vykdytojas, sužinojęs apie aplinkybes, galinčias turėti esminės įtakos Program</w:t>
      </w:r>
      <w:r w:rsidR="00B57A74" w:rsidRPr="005E6C5B">
        <w:rPr>
          <w:lang w:val="lt-LT"/>
        </w:rPr>
        <w:t>ai</w:t>
      </w:r>
      <w:r w:rsidRPr="005E6C5B">
        <w:rPr>
          <w:lang w:val="lt-LT"/>
        </w:rPr>
        <w:t xml:space="preserve"> vykdy</w:t>
      </w:r>
      <w:r w:rsidR="00B57A74" w:rsidRPr="005E6C5B">
        <w:rPr>
          <w:lang w:val="lt-LT"/>
        </w:rPr>
        <w:t>t</w:t>
      </w:r>
      <w:r w:rsidRPr="005E6C5B">
        <w:rPr>
          <w:lang w:val="lt-LT"/>
        </w:rPr>
        <w:t xml:space="preserve">i, </w:t>
      </w:r>
      <w:r w:rsidR="00285828" w:rsidRPr="005E6C5B">
        <w:rPr>
          <w:lang w:val="lt-LT"/>
        </w:rPr>
        <w:t>S</w:t>
      </w:r>
      <w:r w:rsidRPr="005E6C5B">
        <w:rPr>
          <w:lang w:val="lt-LT"/>
        </w:rPr>
        <w:t xml:space="preserve">utartyje nustatytų veiklų įgyvendinimui, privalomųjų kriterijų ar siektinų rezultatų pasiekimui arba galimybei tinkamai vykdyti </w:t>
      </w:r>
      <w:r w:rsidR="00285828" w:rsidRPr="005E6C5B">
        <w:rPr>
          <w:lang w:val="lt-LT"/>
        </w:rPr>
        <w:t>S</w:t>
      </w:r>
      <w:r w:rsidRPr="005E6C5B">
        <w:rPr>
          <w:lang w:val="lt-LT"/>
        </w:rPr>
        <w:t xml:space="preserve">utartį, apie jas raštu informuoja Savivaldybės administraciją. </w:t>
      </w:r>
      <w:r w:rsidR="00B57A74" w:rsidRPr="005E6C5B">
        <w:rPr>
          <w:lang w:val="lt-LT"/>
        </w:rPr>
        <w:t>Dėl priemonių, taikytinų esant šioms aplinkybėms, sprendžiama tik Nuostatuose ir Sutartyje nustatyta tvarka.</w:t>
      </w:r>
    </w:p>
    <w:p w14:paraId="47389C2E" w14:textId="2E11DF3A" w:rsidR="00001131" w:rsidRPr="005E6C5B" w:rsidRDefault="00FF1FB7" w:rsidP="00F476FB">
      <w:pPr>
        <w:ind w:firstLine="720"/>
        <w:jc w:val="both"/>
        <w:rPr>
          <w:lang w:val="lt-LT"/>
        </w:rPr>
      </w:pPr>
      <w:r w:rsidRPr="005E6C5B">
        <w:rPr>
          <w:lang w:val="lt-LT"/>
        </w:rPr>
        <w:t>4</w:t>
      </w:r>
      <w:r w:rsidR="00FA3C7E" w:rsidRPr="005E6C5B">
        <w:rPr>
          <w:lang w:val="lt-LT"/>
        </w:rPr>
        <w:t>6</w:t>
      </w:r>
      <w:r w:rsidRPr="005E6C5B">
        <w:rPr>
          <w:lang w:val="lt-LT"/>
        </w:rPr>
        <w:t>. Programos vykdytojas turi teisę:</w:t>
      </w:r>
    </w:p>
    <w:p w14:paraId="61CC5B30" w14:textId="77B54ED1" w:rsidR="00001131" w:rsidRPr="005E6C5B" w:rsidRDefault="00FF1FB7" w:rsidP="00F476FB">
      <w:pPr>
        <w:ind w:firstLine="720"/>
        <w:jc w:val="both"/>
        <w:rPr>
          <w:lang w:val="lt-LT"/>
        </w:rPr>
      </w:pPr>
      <w:r w:rsidRPr="005E6C5B">
        <w:rPr>
          <w:lang w:val="lt-LT"/>
        </w:rPr>
        <w:t>4</w:t>
      </w:r>
      <w:r w:rsidR="00FA3C7E" w:rsidRPr="005E6C5B">
        <w:rPr>
          <w:lang w:val="lt-LT"/>
        </w:rPr>
        <w:t>6</w:t>
      </w:r>
      <w:r w:rsidRPr="005E6C5B">
        <w:rPr>
          <w:lang w:val="lt-LT"/>
        </w:rPr>
        <w:t xml:space="preserve">.1. gauti </w:t>
      </w:r>
      <w:r w:rsidR="00285828" w:rsidRPr="005E6C5B">
        <w:rPr>
          <w:lang w:val="lt-LT"/>
        </w:rPr>
        <w:t>S</w:t>
      </w:r>
      <w:r w:rsidRPr="005E6C5B">
        <w:rPr>
          <w:lang w:val="lt-LT"/>
        </w:rPr>
        <w:t>utartyje nustatyta tvarka ir terminais skirtas Savivaldybės biudžeto lėšas;</w:t>
      </w:r>
    </w:p>
    <w:p w14:paraId="77D32F67" w14:textId="46404C11" w:rsidR="00001131" w:rsidRPr="005E6C5B" w:rsidRDefault="00FF1FB7" w:rsidP="00F476FB">
      <w:pPr>
        <w:ind w:firstLine="720"/>
        <w:jc w:val="both"/>
        <w:rPr>
          <w:lang w:val="lt-LT"/>
        </w:rPr>
      </w:pPr>
      <w:r w:rsidRPr="005E6C5B">
        <w:rPr>
          <w:lang w:val="lt-LT"/>
        </w:rPr>
        <w:t>4</w:t>
      </w:r>
      <w:r w:rsidR="00FA3C7E" w:rsidRPr="005E6C5B">
        <w:rPr>
          <w:lang w:val="lt-LT"/>
        </w:rPr>
        <w:t>6</w:t>
      </w:r>
      <w:r w:rsidRPr="005E6C5B">
        <w:rPr>
          <w:lang w:val="lt-LT"/>
        </w:rPr>
        <w:t xml:space="preserve">.2. kreiptis dėl </w:t>
      </w:r>
      <w:r w:rsidR="00285828" w:rsidRPr="005E6C5B">
        <w:rPr>
          <w:lang w:val="lt-LT"/>
        </w:rPr>
        <w:t>S</w:t>
      </w:r>
      <w:r w:rsidRPr="005E6C5B">
        <w:rPr>
          <w:lang w:val="lt-LT"/>
        </w:rPr>
        <w:t>utarties ir sąmatos pakeitimo Nuostat</w:t>
      </w:r>
      <w:r w:rsidR="00B57A74" w:rsidRPr="005E6C5B">
        <w:rPr>
          <w:lang w:val="lt-LT"/>
        </w:rPr>
        <w:t>uose</w:t>
      </w:r>
      <w:r w:rsidRPr="005E6C5B">
        <w:rPr>
          <w:lang w:val="lt-LT"/>
        </w:rPr>
        <w:t xml:space="preserve"> ir </w:t>
      </w:r>
      <w:r w:rsidR="00285828" w:rsidRPr="005E6C5B">
        <w:rPr>
          <w:lang w:val="lt-LT"/>
        </w:rPr>
        <w:t>S</w:t>
      </w:r>
      <w:r w:rsidRPr="005E6C5B">
        <w:rPr>
          <w:lang w:val="lt-LT"/>
        </w:rPr>
        <w:t>utart</w:t>
      </w:r>
      <w:r w:rsidR="00B57A74" w:rsidRPr="005E6C5B">
        <w:rPr>
          <w:lang w:val="lt-LT"/>
        </w:rPr>
        <w:t>yje</w:t>
      </w:r>
      <w:r w:rsidRPr="005E6C5B">
        <w:rPr>
          <w:lang w:val="lt-LT"/>
        </w:rPr>
        <w:t xml:space="preserve"> nustatyta tvarka;</w:t>
      </w:r>
    </w:p>
    <w:p w14:paraId="7BCE82FE" w14:textId="21D326B3" w:rsidR="00001131" w:rsidRPr="005E6C5B" w:rsidRDefault="00FF1FB7" w:rsidP="00F476FB">
      <w:pPr>
        <w:ind w:firstLine="720"/>
        <w:jc w:val="both"/>
        <w:rPr>
          <w:lang w:val="lt-LT"/>
        </w:rPr>
      </w:pPr>
      <w:r w:rsidRPr="005E6C5B">
        <w:rPr>
          <w:lang w:val="lt-LT"/>
        </w:rPr>
        <w:t>4</w:t>
      </w:r>
      <w:r w:rsidR="00FA3C7E" w:rsidRPr="005E6C5B">
        <w:rPr>
          <w:lang w:val="lt-LT"/>
        </w:rPr>
        <w:t>6</w:t>
      </w:r>
      <w:r w:rsidRPr="005E6C5B">
        <w:rPr>
          <w:lang w:val="lt-LT"/>
        </w:rPr>
        <w:t xml:space="preserve">.3. kreiptis dėl papildomo finansavimo </w:t>
      </w:r>
      <w:r w:rsidR="00B57A74" w:rsidRPr="005E6C5B">
        <w:rPr>
          <w:lang w:val="lt-LT"/>
        </w:rPr>
        <w:t xml:space="preserve">Nuostatuose ir Sutartyje </w:t>
      </w:r>
      <w:r w:rsidRPr="005E6C5B">
        <w:rPr>
          <w:lang w:val="lt-LT"/>
        </w:rPr>
        <w:t>nustatyta tvarka;</w:t>
      </w:r>
    </w:p>
    <w:p w14:paraId="3C843ECA" w14:textId="410C1156" w:rsidR="00001131" w:rsidRPr="005E6C5B" w:rsidRDefault="00FF1FB7" w:rsidP="00F476FB">
      <w:pPr>
        <w:ind w:firstLine="720"/>
        <w:jc w:val="both"/>
        <w:rPr>
          <w:lang w:val="lt-LT"/>
        </w:rPr>
      </w:pPr>
      <w:r w:rsidRPr="005E6C5B">
        <w:rPr>
          <w:lang w:val="lt-LT"/>
        </w:rPr>
        <w:lastRenderedPageBreak/>
        <w:t>4</w:t>
      </w:r>
      <w:r w:rsidR="00FA3C7E" w:rsidRPr="005E6C5B">
        <w:rPr>
          <w:lang w:val="lt-LT"/>
        </w:rPr>
        <w:t>6</w:t>
      </w:r>
      <w:r w:rsidRPr="005E6C5B">
        <w:rPr>
          <w:lang w:val="lt-LT"/>
        </w:rPr>
        <w:t xml:space="preserve">.4. gauti Savivaldybės administracijos informaciją, susijusią su </w:t>
      </w:r>
      <w:r w:rsidR="00285828" w:rsidRPr="005E6C5B">
        <w:rPr>
          <w:lang w:val="lt-LT"/>
        </w:rPr>
        <w:t>S</w:t>
      </w:r>
      <w:r w:rsidRPr="005E6C5B">
        <w:rPr>
          <w:lang w:val="lt-LT"/>
        </w:rPr>
        <w:t>utarties vykdymu ir atsiskaitymo reikalavimais.</w:t>
      </w:r>
    </w:p>
    <w:p w14:paraId="3869903E" w14:textId="77777777" w:rsidR="0065283C" w:rsidRPr="005E6C5B" w:rsidRDefault="0065283C" w:rsidP="00F476FB">
      <w:pPr>
        <w:jc w:val="both"/>
        <w:rPr>
          <w:lang w:val="lt-LT"/>
        </w:rPr>
      </w:pPr>
    </w:p>
    <w:p w14:paraId="44CF7197" w14:textId="77777777" w:rsidR="00001131" w:rsidRPr="005E6C5B" w:rsidRDefault="00FF1FB7" w:rsidP="00F476FB">
      <w:pPr>
        <w:keepNext/>
        <w:jc w:val="center"/>
        <w:rPr>
          <w:lang w:val="lt-LT"/>
        </w:rPr>
      </w:pPr>
      <w:r w:rsidRPr="005E6C5B">
        <w:rPr>
          <w:b/>
          <w:lang w:val="lt-LT"/>
        </w:rPr>
        <w:t>VI SKYRIUS</w:t>
      </w:r>
    </w:p>
    <w:p w14:paraId="65458A3D" w14:textId="77777777" w:rsidR="00001131" w:rsidRPr="005E6C5B" w:rsidRDefault="00FF1FB7" w:rsidP="00F476FB">
      <w:pPr>
        <w:keepNext/>
        <w:jc w:val="center"/>
        <w:rPr>
          <w:b/>
          <w:lang w:val="lt-LT"/>
        </w:rPr>
      </w:pPr>
      <w:r w:rsidRPr="005E6C5B">
        <w:rPr>
          <w:b/>
          <w:lang w:val="lt-LT"/>
        </w:rPr>
        <w:t>SAVIVALDYBĖS ADMINISTRACIJOS TEISĖS IR PAREIGOS</w:t>
      </w:r>
    </w:p>
    <w:p w14:paraId="37D544F1" w14:textId="77777777" w:rsidR="0080494B" w:rsidRPr="005E6C5B" w:rsidRDefault="0080494B" w:rsidP="00F476FB">
      <w:pPr>
        <w:keepNext/>
        <w:ind w:firstLine="720"/>
        <w:jc w:val="center"/>
        <w:rPr>
          <w:lang w:val="lt-LT"/>
        </w:rPr>
      </w:pPr>
    </w:p>
    <w:p w14:paraId="0BC291EB" w14:textId="6CE0376E" w:rsidR="00001131" w:rsidRPr="005E6C5B" w:rsidRDefault="00FF1FB7" w:rsidP="00F476FB">
      <w:pPr>
        <w:ind w:firstLine="720"/>
        <w:jc w:val="both"/>
        <w:rPr>
          <w:lang w:val="lt-LT"/>
        </w:rPr>
      </w:pPr>
      <w:r w:rsidRPr="005E6C5B">
        <w:rPr>
          <w:lang w:val="lt-LT"/>
        </w:rPr>
        <w:t>4</w:t>
      </w:r>
      <w:r w:rsidR="00FA3C7E" w:rsidRPr="005E6C5B">
        <w:rPr>
          <w:lang w:val="lt-LT"/>
        </w:rPr>
        <w:t>7</w:t>
      </w:r>
      <w:r w:rsidRPr="005E6C5B">
        <w:rPr>
          <w:lang w:val="lt-LT"/>
        </w:rPr>
        <w:t xml:space="preserve">. Savivaldybės administracija įsipareigoja </w:t>
      </w:r>
      <w:r w:rsidR="00285828" w:rsidRPr="005E6C5B">
        <w:rPr>
          <w:lang w:val="lt-LT"/>
        </w:rPr>
        <w:t>S</w:t>
      </w:r>
      <w:r w:rsidRPr="005E6C5B">
        <w:rPr>
          <w:lang w:val="lt-LT"/>
        </w:rPr>
        <w:t xml:space="preserve">utartyje nustatytais terminais ir dalimis pervesti Programos vykdytojui skirtas Savivaldybės biudžeto lėšas, jeigu nėra Nuostatuose ar </w:t>
      </w:r>
      <w:r w:rsidR="00285828" w:rsidRPr="005E6C5B">
        <w:rPr>
          <w:lang w:val="lt-LT"/>
        </w:rPr>
        <w:t>S</w:t>
      </w:r>
      <w:r w:rsidRPr="005E6C5B">
        <w:rPr>
          <w:lang w:val="lt-LT"/>
        </w:rPr>
        <w:t>utartyje nustatyto pagrindo lėšų pervedimą sustabdyti.</w:t>
      </w:r>
    </w:p>
    <w:p w14:paraId="426498F9" w14:textId="62F136C4" w:rsidR="00001131" w:rsidRPr="005E6C5B" w:rsidRDefault="00FF1FB7" w:rsidP="00F476FB">
      <w:pPr>
        <w:ind w:firstLine="720"/>
        <w:jc w:val="both"/>
        <w:rPr>
          <w:lang w:val="lt-LT"/>
        </w:rPr>
      </w:pPr>
      <w:r w:rsidRPr="005E6C5B">
        <w:rPr>
          <w:lang w:val="lt-LT"/>
        </w:rPr>
        <w:t>4</w:t>
      </w:r>
      <w:r w:rsidR="00FA3C7E" w:rsidRPr="005E6C5B">
        <w:rPr>
          <w:lang w:val="lt-LT"/>
        </w:rPr>
        <w:t>8</w:t>
      </w:r>
      <w:r w:rsidRPr="005E6C5B">
        <w:rPr>
          <w:lang w:val="lt-LT"/>
        </w:rPr>
        <w:t>. Savivaldybės administracija administruoja Programai skirtas lėšas ir vykdo jų naudojimo bei Programos įgyvendinimo kontrolę.</w:t>
      </w:r>
    </w:p>
    <w:p w14:paraId="284D4F91" w14:textId="4C3F111E" w:rsidR="00001131" w:rsidRPr="005E6C5B" w:rsidRDefault="00FF1FB7" w:rsidP="00F476FB">
      <w:pPr>
        <w:ind w:firstLine="720"/>
        <w:jc w:val="both"/>
        <w:rPr>
          <w:lang w:val="lt-LT"/>
        </w:rPr>
      </w:pPr>
      <w:r w:rsidRPr="005E6C5B">
        <w:rPr>
          <w:lang w:val="lt-LT"/>
        </w:rPr>
        <w:t>4</w:t>
      </w:r>
      <w:r w:rsidR="00FA3C7E" w:rsidRPr="005E6C5B">
        <w:rPr>
          <w:lang w:val="lt-LT"/>
        </w:rPr>
        <w:t>9</w:t>
      </w:r>
      <w:r w:rsidRPr="005E6C5B">
        <w:rPr>
          <w:lang w:val="lt-LT"/>
        </w:rPr>
        <w:t>. Savivaldybės administracija turi teisę reikalauti ir gauti visą Programos vykdymui, lėšų panaudojimui, Programos vykdytojo ir partnerių (rėmėjų) prisidėjimui, rezultatų ir privalomųjų kriterijų pasiekimui patikrinti reikalingą informaciją ir dokumentus.</w:t>
      </w:r>
    </w:p>
    <w:p w14:paraId="38F22F9D" w14:textId="2E0A4111" w:rsidR="00001131" w:rsidRPr="005E6C5B" w:rsidRDefault="00FA3C7E" w:rsidP="00F476FB">
      <w:pPr>
        <w:ind w:firstLine="720"/>
        <w:jc w:val="both"/>
        <w:rPr>
          <w:lang w:val="lt-LT"/>
        </w:rPr>
      </w:pPr>
      <w:r w:rsidRPr="005E6C5B">
        <w:rPr>
          <w:lang w:val="lt-LT"/>
        </w:rPr>
        <w:t>50</w:t>
      </w:r>
      <w:r w:rsidR="00FF1FB7" w:rsidRPr="005E6C5B">
        <w:rPr>
          <w:lang w:val="lt-LT"/>
        </w:rPr>
        <w:t>. Savivaldybės administracija tikrina, ar Programos vykdytojas:</w:t>
      </w:r>
    </w:p>
    <w:p w14:paraId="3E196DE1" w14:textId="4BBF0FEA" w:rsidR="00001131" w:rsidRPr="005E6C5B" w:rsidRDefault="00FA3C7E" w:rsidP="00F476FB">
      <w:pPr>
        <w:ind w:firstLine="720"/>
        <w:jc w:val="both"/>
        <w:rPr>
          <w:lang w:val="lt-LT"/>
        </w:rPr>
      </w:pPr>
      <w:r w:rsidRPr="005E6C5B">
        <w:rPr>
          <w:lang w:val="lt-LT"/>
        </w:rPr>
        <w:t>50</w:t>
      </w:r>
      <w:r w:rsidR="00FF1FB7" w:rsidRPr="005E6C5B">
        <w:rPr>
          <w:lang w:val="lt-LT"/>
        </w:rPr>
        <w:t xml:space="preserve">.1. laikosi Nuostatų ir </w:t>
      </w:r>
      <w:r w:rsidR="00285828" w:rsidRPr="005E6C5B">
        <w:rPr>
          <w:lang w:val="lt-LT"/>
        </w:rPr>
        <w:t>S</w:t>
      </w:r>
      <w:r w:rsidR="00FF1FB7" w:rsidRPr="005E6C5B">
        <w:rPr>
          <w:lang w:val="lt-LT"/>
        </w:rPr>
        <w:t>utarties;</w:t>
      </w:r>
    </w:p>
    <w:p w14:paraId="70993464" w14:textId="538BFB4B" w:rsidR="00001131" w:rsidRPr="005E6C5B" w:rsidRDefault="00FA3C7E" w:rsidP="00F476FB">
      <w:pPr>
        <w:ind w:firstLine="720"/>
        <w:jc w:val="both"/>
        <w:rPr>
          <w:lang w:val="lt-LT"/>
        </w:rPr>
      </w:pPr>
      <w:r w:rsidRPr="005E6C5B">
        <w:rPr>
          <w:lang w:val="lt-LT"/>
        </w:rPr>
        <w:t>50</w:t>
      </w:r>
      <w:r w:rsidR="00FF1FB7" w:rsidRPr="005E6C5B">
        <w:rPr>
          <w:lang w:val="lt-LT"/>
        </w:rPr>
        <w:t>.2. Savivaldybės biudžeto lėšas naudoja teisėtai ir pagal paskirtį;</w:t>
      </w:r>
    </w:p>
    <w:p w14:paraId="407BD07F" w14:textId="3BF3115B" w:rsidR="00001131" w:rsidRPr="005E6C5B" w:rsidRDefault="00FA3C7E" w:rsidP="00F476FB">
      <w:pPr>
        <w:ind w:firstLine="720"/>
        <w:jc w:val="both"/>
        <w:rPr>
          <w:lang w:val="lt-LT"/>
        </w:rPr>
      </w:pPr>
      <w:r w:rsidRPr="005E6C5B">
        <w:rPr>
          <w:lang w:val="lt-LT"/>
        </w:rPr>
        <w:t>50</w:t>
      </w:r>
      <w:r w:rsidR="00FF1FB7" w:rsidRPr="005E6C5B">
        <w:rPr>
          <w:lang w:val="lt-LT"/>
        </w:rPr>
        <w:t>.3. įgyvendina</w:t>
      </w:r>
      <w:r w:rsidR="00285828" w:rsidRPr="005E6C5B">
        <w:rPr>
          <w:lang w:val="lt-LT"/>
        </w:rPr>
        <w:t xml:space="preserve"> S</w:t>
      </w:r>
      <w:r w:rsidR="00FF1FB7" w:rsidRPr="005E6C5B">
        <w:rPr>
          <w:lang w:val="lt-LT"/>
        </w:rPr>
        <w:t>utartyje numatytas Programos veiklas;</w:t>
      </w:r>
    </w:p>
    <w:p w14:paraId="68FA6ED4" w14:textId="14F8011C" w:rsidR="00001131" w:rsidRPr="005E6C5B" w:rsidRDefault="00FA3C7E" w:rsidP="00F476FB">
      <w:pPr>
        <w:ind w:firstLine="720"/>
        <w:jc w:val="both"/>
        <w:rPr>
          <w:lang w:val="lt-LT"/>
        </w:rPr>
      </w:pPr>
      <w:r w:rsidRPr="005E6C5B">
        <w:rPr>
          <w:lang w:val="lt-LT"/>
        </w:rPr>
        <w:t>50</w:t>
      </w:r>
      <w:r w:rsidR="00FF1FB7" w:rsidRPr="005E6C5B">
        <w:rPr>
          <w:lang w:val="lt-LT"/>
        </w:rPr>
        <w:t xml:space="preserve">.4. pasiekia </w:t>
      </w:r>
      <w:r w:rsidR="00285828" w:rsidRPr="005E6C5B">
        <w:rPr>
          <w:lang w:val="lt-LT"/>
        </w:rPr>
        <w:t>S</w:t>
      </w:r>
      <w:r w:rsidR="00FF1FB7" w:rsidRPr="005E6C5B">
        <w:rPr>
          <w:lang w:val="lt-LT"/>
        </w:rPr>
        <w:t>utartyje nustatytus siektinus rezultatus ir privalomuosius kriterijus;</w:t>
      </w:r>
    </w:p>
    <w:p w14:paraId="6A7A9AEC" w14:textId="44997F7D" w:rsidR="00001131" w:rsidRPr="005E6C5B" w:rsidRDefault="00FA3C7E" w:rsidP="00F476FB">
      <w:pPr>
        <w:ind w:firstLine="720"/>
        <w:jc w:val="both"/>
        <w:rPr>
          <w:lang w:val="lt-LT"/>
        </w:rPr>
      </w:pPr>
      <w:r w:rsidRPr="005E6C5B">
        <w:rPr>
          <w:lang w:val="lt-LT"/>
        </w:rPr>
        <w:t>50</w:t>
      </w:r>
      <w:r w:rsidR="00FF1FB7" w:rsidRPr="005E6C5B">
        <w:rPr>
          <w:lang w:val="lt-LT"/>
        </w:rPr>
        <w:t>.5. užtikrina nustatytą Programos vykdytojo ir partnerių (rėmėjų) prisidėjimą;</w:t>
      </w:r>
    </w:p>
    <w:p w14:paraId="7C963CC0" w14:textId="1628FE99" w:rsidR="00001131" w:rsidRPr="005E6C5B" w:rsidRDefault="00FA3C7E" w:rsidP="00F476FB">
      <w:pPr>
        <w:ind w:firstLine="720"/>
        <w:jc w:val="both"/>
        <w:rPr>
          <w:lang w:val="lt-LT"/>
        </w:rPr>
      </w:pPr>
      <w:r w:rsidRPr="005E6C5B">
        <w:rPr>
          <w:lang w:val="lt-LT"/>
        </w:rPr>
        <w:t>50</w:t>
      </w:r>
      <w:r w:rsidR="00FF1FB7" w:rsidRPr="005E6C5B">
        <w:rPr>
          <w:lang w:val="lt-LT"/>
        </w:rPr>
        <w:t xml:space="preserve">.6. laiku ir tinkamai teikia </w:t>
      </w:r>
      <w:r w:rsidR="00285828" w:rsidRPr="005E6C5B">
        <w:rPr>
          <w:lang w:val="lt-LT"/>
        </w:rPr>
        <w:t>S</w:t>
      </w:r>
      <w:r w:rsidR="00FF1FB7" w:rsidRPr="005E6C5B">
        <w:rPr>
          <w:lang w:val="lt-LT"/>
        </w:rPr>
        <w:t>utartyje nustatytas ataskaitas.</w:t>
      </w:r>
    </w:p>
    <w:p w14:paraId="2AA59CF8" w14:textId="6CEC787F" w:rsidR="00001131" w:rsidRPr="005E6C5B" w:rsidRDefault="00FF1FB7" w:rsidP="00F476FB">
      <w:pPr>
        <w:ind w:firstLine="720"/>
        <w:jc w:val="both"/>
        <w:rPr>
          <w:lang w:val="lt-LT"/>
        </w:rPr>
      </w:pPr>
      <w:r w:rsidRPr="005E6C5B">
        <w:rPr>
          <w:lang w:val="lt-LT"/>
        </w:rPr>
        <w:t>5</w:t>
      </w:r>
      <w:r w:rsidR="00FA3C7E" w:rsidRPr="005E6C5B">
        <w:rPr>
          <w:lang w:val="lt-LT"/>
        </w:rPr>
        <w:t>1</w:t>
      </w:r>
      <w:r w:rsidRPr="005E6C5B">
        <w:rPr>
          <w:lang w:val="lt-LT"/>
        </w:rPr>
        <w:t xml:space="preserve">. Nustačiusi Nuostatų, </w:t>
      </w:r>
      <w:r w:rsidR="00285828" w:rsidRPr="005E6C5B">
        <w:rPr>
          <w:lang w:val="lt-LT"/>
        </w:rPr>
        <w:t>S</w:t>
      </w:r>
      <w:r w:rsidRPr="005E6C5B">
        <w:rPr>
          <w:lang w:val="lt-LT"/>
        </w:rPr>
        <w:t xml:space="preserve">utarties ar teisės aktų pažeidimų, Savivaldybės administracija imasi Nuostatuose ir šioje </w:t>
      </w:r>
      <w:r w:rsidR="00285828" w:rsidRPr="005E6C5B">
        <w:rPr>
          <w:lang w:val="lt-LT"/>
        </w:rPr>
        <w:t>S</w:t>
      </w:r>
      <w:r w:rsidRPr="005E6C5B">
        <w:rPr>
          <w:lang w:val="lt-LT"/>
        </w:rPr>
        <w:t>utartyje nustatytų veiksmų.</w:t>
      </w:r>
    </w:p>
    <w:p w14:paraId="2E839C74" w14:textId="77777777" w:rsidR="00810357" w:rsidRPr="005E6C5B" w:rsidRDefault="00810357" w:rsidP="00F476FB">
      <w:pPr>
        <w:jc w:val="both"/>
        <w:rPr>
          <w:lang w:val="lt-LT"/>
        </w:rPr>
      </w:pPr>
    </w:p>
    <w:p w14:paraId="0A15D720" w14:textId="77777777" w:rsidR="00001131" w:rsidRPr="005E6C5B" w:rsidRDefault="00FF1FB7" w:rsidP="00F476FB">
      <w:pPr>
        <w:keepNext/>
        <w:jc w:val="center"/>
        <w:rPr>
          <w:lang w:val="lt-LT"/>
        </w:rPr>
      </w:pPr>
      <w:r w:rsidRPr="005E6C5B">
        <w:rPr>
          <w:b/>
          <w:lang w:val="lt-LT"/>
        </w:rPr>
        <w:t>VII SKYRIUS</w:t>
      </w:r>
    </w:p>
    <w:p w14:paraId="02EA96F5" w14:textId="77777777" w:rsidR="00001131" w:rsidRPr="005E6C5B" w:rsidRDefault="00FF1FB7" w:rsidP="00F476FB">
      <w:pPr>
        <w:keepNext/>
        <w:jc w:val="center"/>
        <w:rPr>
          <w:b/>
          <w:lang w:val="lt-LT"/>
        </w:rPr>
      </w:pPr>
      <w:r w:rsidRPr="005E6C5B">
        <w:rPr>
          <w:b/>
          <w:lang w:val="lt-LT"/>
        </w:rPr>
        <w:t>ATSISKAITYMAS IR ATASKAITŲ VERTINIMAS</w:t>
      </w:r>
    </w:p>
    <w:p w14:paraId="7CADEE8C" w14:textId="77777777" w:rsidR="00810357" w:rsidRPr="005E6C5B" w:rsidRDefault="00810357" w:rsidP="00F476FB">
      <w:pPr>
        <w:keepNext/>
        <w:ind w:firstLine="720"/>
        <w:jc w:val="center"/>
        <w:rPr>
          <w:lang w:val="lt-LT"/>
        </w:rPr>
      </w:pPr>
    </w:p>
    <w:p w14:paraId="37A55DE2" w14:textId="3B60CB16" w:rsidR="00001131" w:rsidRPr="005E6C5B" w:rsidRDefault="00FF1FB7" w:rsidP="00F476FB">
      <w:pPr>
        <w:ind w:firstLine="720"/>
        <w:jc w:val="both"/>
        <w:rPr>
          <w:lang w:val="lt-LT"/>
        </w:rPr>
      </w:pPr>
      <w:r w:rsidRPr="005E6C5B">
        <w:rPr>
          <w:lang w:val="lt-LT"/>
        </w:rPr>
        <w:t>5</w:t>
      </w:r>
      <w:r w:rsidR="00FA3C7E" w:rsidRPr="005E6C5B">
        <w:rPr>
          <w:lang w:val="lt-LT"/>
        </w:rPr>
        <w:t>2</w:t>
      </w:r>
      <w:r w:rsidRPr="005E6C5B">
        <w:rPr>
          <w:lang w:val="lt-LT"/>
        </w:rPr>
        <w:t xml:space="preserve">. Ataskaitos rengiamos pagal </w:t>
      </w:r>
      <w:r w:rsidR="00285828" w:rsidRPr="005E6C5B">
        <w:rPr>
          <w:lang w:val="lt-LT"/>
        </w:rPr>
        <w:t>S</w:t>
      </w:r>
      <w:r w:rsidRPr="005E6C5B">
        <w:rPr>
          <w:lang w:val="lt-LT"/>
        </w:rPr>
        <w:t xml:space="preserve">utarties 3 ir 4 prieduose nustatytas formas. </w:t>
      </w:r>
      <w:r w:rsidR="00F34D7F" w:rsidRPr="005E6C5B">
        <w:rPr>
          <w:lang w:val="lt-LT"/>
        </w:rPr>
        <w:t xml:space="preserve">Tarpinės ir metinės Programos uždavinių, siektinų rezultatų ir privalomųjų kriterijų įvykdymo ataskaitos rengiamos pagal Sutarties 3 priedą, o </w:t>
      </w:r>
      <w:r w:rsidRPr="005E6C5B">
        <w:rPr>
          <w:lang w:val="lt-LT"/>
        </w:rPr>
        <w:t xml:space="preserve">Biudžeto lėšų panaudojimo ataskaita pagal </w:t>
      </w:r>
      <w:r w:rsidR="00285828" w:rsidRPr="005E6C5B">
        <w:rPr>
          <w:lang w:val="lt-LT"/>
        </w:rPr>
        <w:t>S</w:t>
      </w:r>
      <w:r w:rsidRPr="005E6C5B">
        <w:rPr>
          <w:lang w:val="lt-LT"/>
        </w:rPr>
        <w:t>utarties 4 priedą.</w:t>
      </w:r>
    </w:p>
    <w:p w14:paraId="5E0F7C98" w14:textId="007845BA" w:rsidR="00001131" w:rsidRPr="005E6C5B" w:rsidRDefault="00FF1FB7" w:rsidP="00F476FB">
      <w:pPr>
        <w:ind w:firstLine="720"/>
        <w:jc w:val="both"/>
        <w:rPr>
          <w:lang w:val="lt-LT"/>
        </w:rPr>
      </w:pPr>
      <w:r w:rsidRPr="005E6C5B">
        <w:rPr>
          <w:lang w:val="lt-LT"/>
        </w:rPr>
        <w:t>5</w:t>
      </w:r>
      <w:r w:rsidR="00FA3C7E" w:rsidRPr="005E6C5B">
        <w:rPr>
          <w:lang w:val="lt-LT"/>
        </w:rPr>
        <w:t>3</w:t>
      </w:r>
      <w:r w:rsidRPr="005E6C5B">
        <w:rPr>
          <w:lang w:val="lt-LT"/>
        </w:rPr>
        <w:t xml:space="preserve">. Programos vykdytojas </w:t>
      </w:r>
      <w:r w:rsidR="00F34D7F" w:rsidRPr="005E6C5B">
        <w:rPr>
          <w:lang w:val="lt-LT"/>
        </w:rPr>
        <w:t xml:space="preserve">Sutarties 4 priedą </w:t>
      </w:r>
      <w:r w:rsidRPr="005E6C5B">
        <w:rPr>
          <w:lang w:val="lt-LT"/>
        </w:rPr>
        <w:t>pateikia Savivaldybės administracijai per 5 darbo dienas nuo kiekvieno ketvirčio pabaigos.</w:t>
      </w:r>
    </w:p>
    <w:p w14:paraId="132BB6BA" w14:textId="117F83DB" w:rsidR="00001131" w:rsidRPr="005E6C5B" w:rsidRDefault="00FF1FB7" w:rsidP="00F476FB">
      <w:pPr>
        <w:ind w:firstLine="720"/>
        <w:jc w:val="both"/>
        <w:rPr>
          <w:lang w:val="lt-LT"/>
        </w:rPr>
      </w:pPr>
      <w:r w:rsidRPr="005E6C5B">
        <w:rPr>
          <w:lang w:val="lt-LT"/>
        </w:rPr>
        <w:t>5</w:t>
      </w:r>
      <w:r w:rsidR="00FA3C7E" w:rsidRPr="005E6C5B">
        <w:rPr>
          <w:lang w:val="lt-LT"/>
        </w:rPr>
        <w:t>4</w:t>
      </w:r>
      <w:r w:rsidRPr="005E6C5B">
        <w:rPr>
          <w:lang w:val="lt-LT"/>
        </w:rPr>
        <w:t>. Tarpinės Programos uždavinių, siektinų rezultatų ir privalomųjų kriterijų įvykdymo ataskaitos pateikiamos:</w:t>
      </w:r>
    </w:p>
    <w:p w14:paraId="0F0DB971" w14:textId="5B132C77" w:rsidR="00001131" w:rsidRPr="005E6C5B" w:rsidRDefault="00FF1FB7" w:rsidP="00F476FB">
      <w:pPr>
        <w:ind w:firstLine="720"/>
        <w:jc w:val="both"/>
        <w:rPr>
          <w:lang w:val="lt-LT"/>
        </w:rPr>
      </w:pPr>
      <w:r w:rsidRPr="005E6C5B">
        <w:rPr>
          <w:lang w:val="lt-LT"/>
        </w:rPr>
        <w:t>5</w:t>
      </w:r>
      <w:r w:rsidR="00FA3C7E" w:rsidRPr="005E6C5B">
        <w:rPr>
          <w:lang w:val="lt-LT"/>
        </w:rPr>
        <w:t>4</w:t>
      </w:r>
      <w:r w:rsidRPr="005E6C5B">
        <w:rPr>
          <w:lang w:val="lt-LT"/>
        </w:rPr>
        <w:t>.1. iki kiekvienų metų balandžio 1 dienos;</w:t>
      </w:r>
    </w:p>
    <w:p w14:paraId="1C8FDC8D" w14:textId="025F3034" w:rsidR="00001131" w:rsidRPr="005E6C5B" w:rsidRDefault="00FF1FB7" w:rsidP="00F476FB">
      <w:pPr>
        <w:ind w:firstLine="720"/>
        <w:jc w:val="both"/>
        <w:rPr>
          <w:lang w:val="lt-LT"/>
        </w:rPr>
      </w:pPr>
      <w:r w:rsidRPr="005E6C5B">
        <w:rPr>
          <w:lang w:val="lt-LT"/>
        </w:rPr>
        <w:t>5</w:t>
      </w:r>
      <w:r w:rsidR="00FA3C7E" w:rsidRPr="005E6C5B">
        <w:rPr>
          <w:lang w:val="lt-LT"/>
        </w:rPr>
        <w:t>4</w:t>
      </w:r>
      <w:r w:rsidRPr="005E6C5B">
        <w:rPr>
          <w:lang w:val="lt-LT"/>
        </w:rPr>
        <w:t>.2. iki kiekvienų metų spalio 1 dienos.</w:t>
      </w:r>
    </w:p>
    <w:p w14:paraId="560CBF0D" w14:textId="708FB0C2" w:rsidR="00001131" w:rsidRPr="005E6C5B" w:rsidRDefault="00FF1FB7" w:rsidP="00F476FB">
      <w:pPr>
        <w:ind w:firstLine="720"/>
        <w:jc w:val="both"/>
        <w:rPr>
          <w:lang w:val="lt-LT"/>
        </w:rPr>
      </w:pPr>
      <w:r w:rsidRPr="005E6C5B">
        <w:rPr>
          <w:lang w:val="lt-LT"/>
        </w:rPr>
        <w:t>5</w:t>
      </w:r>
      <w:r w:rsidR="00FA3C7E" w:rsidRPr="005E6C5B">
        <w:rPr>
          <w:lang w:val="lt-LT"/>
        </w:rPr>
        <w:t>5</w:t>
      </w:r>
      <w:r w:rsidRPr="005E6C5B">
        <w:rPr>
          <w:lang w:val="lt-LT"/>
        </w:rPr>
        <w:t>. Metinė Programos uždavinių, siektinų rezultatų ir privalomųjų kriterijų įvykdymo ataskaita pateikiama iki kitų metų sausio 15 dienos.</w:t>
      </w:r>
    </w:p>
    <w:p w14:paraId="420A278B" w14:textId="24D85214" w:rsidR="00001131" w:rsidRPr="005E6C5B" w:rsidRDefault="00FF1FB7" w:rsidP="00F476FB">
      <w:pPr>
        <w:ind w:firstLine="720"/>
        <w:jc w:val="both"/>
        <w:rPr>
          <w:lang w:val="lt-LT"/>
        </w:rPr>
      </w:pPr>
      <w:r w:rsidRPr="005E6C5B">
        <w:rPr>
          <w:lang w:val="lt-LT"/>
        </w:rPr>
        <w:t>5</w:t>
      </w:r>
      <w:r w:rsidR="00FA3C7E" w:rsidRPr="005E6C5B">
        <w:rPr>
          <w:lang w:val="lt-LT"/>
        </w:rPr>
        <w:t>6</w:t>
      </w:r>
      <w:r w:rsidRPr="005E6C5B">
        <w:rPr>
          <w:lang w:val="lt-LT"/>
        </w:rPr>
        <w:t xml:space="preserve">. </w:t>
      </w:r>
      <w:r w:rsidR="00B57A74" w:rsidRPr="005E6C5B">
        <w:rPr>
          <w:lang w:val="lt-LT"/>
        </w:rPr>
        <w:t xml:space="preserve">Ataskaitose visos deklaruotos išlaidos turi būti susietos </w:t>
      </w:r>
      <w:r w:rsidRPr="005E6C5B">
        <w:rPr>
          <w:lang w:val="lt-LT"/>
        </w:rPr>
        <w:t>su:</w:t>
      </w:r>
    </w:p>
    <w:p w14:paraId="1A9BE6D3" w14:textId="3374A7B8" w:rsidR="00001131" w:rsidRPr="005E6C5B" w:rsidRDefault="00FF1FB7" w:rsidP="00F476FB">
      <w:pPr>
        <w:ind w:firstLine="720"/>
        <w:jc w:val="both"/>
        <w:rPr>
          <w:lang w:val="lt-LT"/>
        </w:rPr>
      </w:pPr>
      <w:r w:rsidRPr="005E6C5B">
        <w:rPr>
          <w:lang w:val="lt-LT"/>
        </w:rPr>
        <w:t>5</w:t>
      </w:r>
      <w:r w:rsidR="00FA3C7E" w:rsidRPr="005E6C5B">
        <w:rPr>
          <w:lang w:val="lt-LT"/>
        </w:rPr>
        <w:t>6</w:t>
      </w:r>
      <w:r w:rsidRPr="005E6C5B">
        <w:rPr>
          <w:lang w:val="lt-LT"/>
        </w:rPr>
        <w:t xml:space="preserve">.1. </w:t>
      </w:r>
      <w:r w:rsidR="00285828" w:rsidRPr="005E6C5B">
        <w:rPr>
          <w:lang w:val="lt-LT"/>
        </w:rPr>
        <w:t>S</w:t>
      </w:r>
      <w:r w:rsidRPr="005E6C5B">
        <w:rPr>
          <w:lang w:val="lt-LT"/>
        </w:rPr>
        <w:t>utarties 1 priedo sąmatos eilute;</w:t>
      </w:r>
    </w:p>
    <w:p w14:paraId="69F2F2A2" w14:textId="176D0A00" w:rsidR="00001131" w:rsidRPr="005E6C5B" w:rsidRDefault="00FF1FB7" w:rsidP="00F476FB">
      <w:pPr>
        <w:ind w:firstLine="720"/>
        <w:jc w:val="both"/>
        <w:rPr>
          <w:lang w:val="lt-LT"/>
        </w:rPr>
      </w:pPr>
      <w:r w:rsidRPr="005E6C5B">
        <w:rPr>
          <w:lang w:val="lt-LT"/>
        </w:rPr>
        <w:t>5</w:t>
      </w:r>
      <w:r w:rsidR="00FA3C7E" w:rsidRPr="005E6C5B">
        <w:rPr>
          <w:lang w:val="lt-LT"/>
        </w:rPr>
        <w:t>6</w:t>
      </w:r>
      <w:r w:rsidRPr="005E6C5B">
        <w:rPr>
          <w:lang w:val="lt-LT"/>
        </w:rPr>
        <w:t xml:space="preserve">.2. </w:t>
      </w:r>
      <w:r w:rsidR="00285828" w:rsidRPr="005E6C5B">
        <w:rPr>
          <w:lang w:val="lt-LT"/>
        </w:rPr>
        <w:t>S</w:t>
      </w:r>
      <w:r w:rsidRPr="005E6C5B">
        <w:rPr>
          <w:lang w:val="lt-LT"/>
        </w:rPr>
        <w:t>utarties 2 priede nurodyta Programos veikl</w:t>
      </w:r>
      <w:r w:rsidR="00AA7430" w:rsidRPr="005E6C5B">
        <w:rPr>
          <w:lang w:val="lt-LT"/>
        </w:rPr>
        <w:t>os</w:t>
      </w:r>
      <w:r w:rsidRPr="005E6C5B">
        <w:rPr>
          <w:lang w:val="lt-LT"/>
        </w:rPr>
        <w:t xml:space="preserve"> detalios išlaidų sąmatos eilute;</w:t>
      </w:r>
    </w:p>
    <w:p w14:paraId="285323B8" w14:textId="2CE55424" w:rsidR="00001131" w:rsidRPr="005E6C5B" w:rsidRDefault="00FF1FB7" w:rsidP="00F476FB">
      <w:pPr>
        <w:ind w:firstLine="720"/>
        <w:jc w:val="both"/>
        <w:rPr>
          <w:lang w:val="lt-LT"/>
        </w:rPr>
      </w:pPr>
      <w:r w:rsidRPr="005E6C5B">
        <w:rPr>
          <w:lang w:val="lt-LT"/>
        </w:rPr>
        <w:t>5</w:t>
      </w:r>
      <w:r w:rsidR="00FA3C7E" w:rsidRPr="005E6C5B">
        <w:rPr>
          <w:lang w:val="lt-LT"/>
        </w:rPr>
        <w:t>6</w:t>
      </w:r>
      <w:r w:rsidRPr="005E6C5B">
        <w:rPr>
          <w:lang w:val="lt-LT"/>
        </w:rPr>
        <w:t>.3. išlaid</w:t>
      </w:r>
      <w:r w:rsidR="00AA7430" w:rsidRPr="005E6C5B">
        <w:rPr>
          <w:lang w:val="lt-LT"/>
        </w:rPr>
        <w:t>as</w:t>
      </w:r>
      <w:r w:rsidRPr="005E6C5B">
        <w:rPr>
          <w:lang w:val="lt-LT"/>
        </w:rPr>
        <w:t xml:space="preserve"> pagrindžiančiu dokumentu;</w:t>
      </w:r>
    </w:p>
    <w:p w14:paraId="188E0EC8" w14:textId="5D09D1BA" w:rsidR="00001131" w:rsidRPr="005E6C5B" w:rsidRDefault="00FF1FB7" w:rsidP="00F476FB">
      <w:pPr>
        <w:ind w:firstLine="720"/>
        <w:jc w:val="both"/>
        <w:rPr>
          <w:lang w:val="lt-LT"/>
        </w:rPr>
      </w:pPr>
      <w:r w:rsidRPr="005E6C5B">
        <w:rPr>
          <w:lang w:val="lt-LT"/>
        </w:rPr>
        <w:t>5</w:t>
      </w:r>
      <w:r w:rsidR="00FA3C7E" w:rsidRPr="005E6C5B">
        <w:rPr>
          <w:lang w:val="lt-LT"/>
        </w:rPr>
        <w:t>6</w:t>
      </w:r>
      <w:r w:rsidRPr="005E6C5B">
        <w:rPr>
          <w:lang w:val="lt-LT"/>
        </w:rPr>
        <w:t>.4. apmokėjimo įrodymu.</w:t>
      </w:r>
    </w:p>
    <w:p w14:paraId="1CD9C655" w14:textId="55B22223" w:rsidR="00001131" w:rsidRPr="005E6C5B" w:rsidRDefault="00FF1FB7" w:rsidP="00F476FB">
      <w:pPr>
        <w:ind w:firstLine="720"/>
        <w:jc w:val="both"/>
        <w:rPr>
          <w:lang w:val="lt-LT"/>
        </w:rPr>
      </w:pPr>
      <w:r w:rsidRPr="005E6C5B">
        <w:rPr>
          <w:lang w:val="lt-LT"/>
        </w:rPr>
        <w:t>5</w:t>
      </w:r>
      <w:r w:rsidR="00FA3C7E" w:rsidRPr="005E6C5B">
        <w:rPr>
          <w:lang w:val="lt-LT"/>
        </w:rPr>
        <w:t>7</w:t>
      </w:r>
      <w:r w:rsidRPr="005E6C5B">
        <w:rPr>
          <w:lang w:val="lt-LT"/>
        </w:rPr>
        <w:t xml:space="preserve">. </w:t>
      </w:r>
      <w:r w:rsidR="00B57A74" w:rsidRPr="005E6C5B">
        <w:rPr>
          <w:lang w:val="lt-LT"/>
        </w:rPr>
        <w:t>Programos vykdytojas kartu su ataskaitomis Savivaldybės administracijos nurodytu būdu pateikia išlaidų pagrindimo, apmokėjimo ir Programos vykdytojo bei partnerių (rėmėjų) prisidėjimą patvirtinančius dokumentus ar jų tinkamai patvirtintas kopijas</w:t>
      </w:r>
      <w:r w:rsidRPr="005E6C5B">
        <w:rPr>
          <w:lang w:val="lt-LT"/>
        </w:rPr>
        <w:t>.</w:t>
      </w:r>
    </w:p>
    <w:p w14:paraId="699A5CC7" w14:textId="1B08EB29" w:rsidR="00001131" w:rsidRPr="005E6C5B" w:rsidRDefault="00FF1FB7" w:rsidP="00F476FB">
      <w:pPr>
        <w:ind w:firstLine="720"/>
        <w:jc w:val="both"/>
        <w:rPr>
          <w:lang w:val="lt-LT"/>
        </w:rPr>
      </w:pPr>
      <w:r w:rsidRPr="005E6C5B">
        <w:rPr>
          <w:lang w:val="lt-LT"/>
        </w:rPr>
        <w:t>5</w:t>
      </w:r>
      <w:r w:rsidR="008B6D31" w:rsidRPr="005E6C5B">
        <w:rPr>
          <w:lang w:val="lt-LT"/>
        </w:rPr>
        <w:t>8</w:t>
      </w:r>
      <w:r w:rsidRPr="005E6C5B">
        <w:rPr>
          <w:lang w:val="lt-LT"/>
        </w:rPr>
        <w:t>. Vertindama pateiktas ataskaitas Savivaldybės administracija tikrina:</w:t>
      </w:r>
    </w:p>
    <w:p w14:paraId="61E63D72" w14:textId="650100F6" w:rsidR="00001131" w:rsidRPr="005E6C5B" w:rsidRDefault="00FF1FB7" w:rsidP="00F476FB">
      <w:pPr>
        <w:ind w:firstLine="720"/>
        <w:jc w:val="both"/>
        <w:rPr>
          <w:lang w:val="lt-LT"/>
        </w:rPr>
      </w:pPr>
      <w:r w:rsidRPr="005E6C5B">
        <w:rPr>
          <w:lang w:val="lt-LT"/>
        </w:rPr>
        <w:t>5</w:t>
      </w:r>
      <w:r w:rsidR="008B6D31" w:rsidRPr="005E6C5B">
        <w:rPr>
          <w:lang w:val="lt-LT"/>
        </w:rPr>
        <w:t>8</w:t>
      </w:r>
      <w:r w:rsidRPr="005E6C5B">
        <w:rPr>
          <w:lang w:val="lt-LT"/>
        </w:rPr>
        <w:t>.1. ar ataskaitos pateiktos nustatytu terminu;</w:t>
      </w:r>
    </w:p>
    <w:p w14:paraId="58D0219E" w14:textId="6B6CF783" w:rsidR="00001131" w:rsidRPr="005E6C5B" w:rsidRDefault="00FF1FB7" w:rsidP="00F476FB">
      <w:pPr>
        <w:ind w:firstLine="720"/>
        <w:jc w:val="both"/>
        <w:rPr>
          <w:lang w:val="lt-LT"/>
        </w:rPr>
      </w:pPr>
      <w:r w:rsidRPr="005E6C5B">
        <w:rPr>
          <w:lang w:val="lt-LT"/>
        </w:rPr>
        <w:t>5</w:t>
      </w:r>
      <w:r w:rsidR="008B6D31" w:rsidRPr="005E6C5B">
        <w:rPr>
          <w:lang w:val="lt-LT"/>
        </w:rPr>
        <w:t>8</w:t>
      </w:r>
      <w:r w:rsidRPr="005E6C5B">
        <w:rPr>
          <w:lang w:val="lt-LT"/>
        </w:rPr>
        <w:t xml:space="preserve">.2. ar deklaruotos išlaidos atitinka </w:t>
      </w:r>
      <w:r w:rsidR="00285828" w:rsidRPr="005E6C5B">
        <w:rPr>
          <w:lang w:val="lt-LT"/>
        </w:rPr>
        <w:t>S</w:t>
      </w:r>
      <w:r w:rsidRPr="005E6C5B">
        <w:rPr>
          <w:lang w:val="lt-LT"/>
        </w:rPr>
        <w:t>utarties 1 ir 2 priedus;</w:t>
      </w:r>
    </w:p>
    <w:p w14:paraId="43A6971F" w14:textId="625323CD" w:rsidR="00001131" w:rsidRPr="005E6C5B" w:rsidRDefault="00FF1FB7" w:rsidP="00F476FB">
      <w:pPr>
        <w:ind w:firstLine="720"/>
        <w:jc w:val="both"/>
        <w:rPr>
          <w:lang w:val="lt-LT"/>
        </w:rPr>
      </w:pPr>
      <w:r w:rsidRPr="005E6C5B">
        <w:rPr>
          <w:lang w:val="lt-LT"/>
        </w:rPr>
        <w:t>5</w:t>
      </w:r>
      <w:r w:rsidR="008B6D31" w:rsidRPr="005E6C5B">
        <w:rPr>
          <w:lang w:val="lt-LT"/>
        </w:rPr>
        <w:t>8</w:t>
      </w:r>
      <w:r w:rsidRPr="005E6C5B">
        <w:rPr>
          <w:lang w:val="lt-LT"/>
        </w:rPr>
        <w:t>.3. ar išlaidos pagrįstos išlaidų ir apmokėjimo dokumentais;</w:t>
      </w:r>
    </w:p>
    <w:p w14:paraId="6900493D" w14:textId="2542D661" w:rsidR="00001131" w:rsidRPr="005E6C5B" w:rsidRDefault="00FF1FB7" w:rsidP="00F476FB">
      <w:pPr>
        <w:ind w:firstLine="720"/>
        <w:jc w:val="both"/>
        <w:rPr>
          <w:lang w:val="lt-LT"/>
        </w:rPr>
      </w:pPr>
      <w:r w:rsidRPr="005E6C5B">
        <w:rPr>
          <w:lang w:val="lt-LT"/>
        </w:rPr>
        <w:t>5</w:t>
      </w:r>
      <w:r w:rsidR="008B6D31" w:rsidRPr="005E6C5B">
        <w:rPr>
          <w:lang w:val="lt-LT"/>
        </w:rPr>
        <w:t>8</w:t>
      </w:r>
      <w:r w:rsidRPr="005E6C5B">
        <w:rPr>
          <w:lang w:val="lt-LT"/>
        </w:rPr>
        <w:t>.4. ar išlaidos tiesiogiai susijusios su Programos veiklomis ir yra tinkamos finansuoti;</w:t>
      </w:r>
    </w:p>
    <w:p w14:paraId="4B06A637" w14:textId="45E54831" w:rsidR="00001131" w:rsidRPr="005E6C5B" w:rsidRDefault="00FF1FB7" w:rsidP="00F476FB">
      <w:pPr>
        <w:ind w:firstLine="720"/>
        <w:jc w:val="both"/>
        <w:rPr>
          <w:lang w:val="lt-LT"/>
        </w:rPr>
      </w:pPr>
      <w:r w:rsidRPr="005E6C5B">
        <w:rPr>
          <w:lang w:val="lt-LT"/>
        </w:rPr>
        <w:t>5</w:t>
      </w:r>
      <w:r w:rsidR="008B6D31" w:rsidRPr="005E6C5B">
        <w:rPr>
          <w:lang w:val="lt-LT"/>
        </w:rPr>
        <w:t>8</w:t>
      </w:r>
      <w:r w:rsidRPr="005E6C5B">
        <w:rPr>
          <w:lang w:val="lt-LT"/>
        </w:rPr>
        <w:t xml:space="preserve">.5. ar užtikrintas </w:t>
      </w:r>
      <w:r w:rsidR="00285828" w:rsidRPr="005E6C5B">
        <w:rPr>
          <w:lang w:val="lt-LT"/>
        </w:rPr>
        <w:t>S</w:t>
      </w:r>
      <w:r w:rsidRPr="005E6C5B">
        <w:rPr>
          <w:lang w:val="lt-LT"/>
        </w:rPr>
        <w:t>utartyje nustatytas Programos vykdytojo ir (ar) partnerių (rėmėjų) indėlis;</w:t>
      </w:r>
    </w:p>
    <w:p w14:paraId="59236BE3" w14:textId="4EC0E7D4" w:rsidR="00001131" w:rsidRPr="005E6C5B" w:rsidRDefault="00FF1FB7" w:rsidP="00F476FB">
      <w:pPr>
        <w:ind w:firstLine="720"/>
        <w:jc w:val="both"/>
        <w:rPr>
          <w:lang w:val="lt-LT"/>
        </w:rPr>
      </w:pPr>
      <w:r w:rsidRPr="005E6C5B">
        <w:rPr>
          <w:lang w:val="lt-LT"/>
        </w:rPr>
        <w:t>5</w:t>
      </w:r>
      <w:r w:rsidR="008B6D31" w:rsidRPr="005E6C5B">
        <w:rPr>
          <w:lang w:val="lt-LT"/>
        </w:rPr>
        <w:t>8</w:t>
      </w:r>
      <w:r w:rsidRPr="005E6C5B">
        <w:rPr>
          <w:lang w:val="lt-LT"/>
        </w:rPr>
        <w:t>.6. ar įgyvendintos Programos veiklos;</w:t>
      </w:r>
    </w:p>
    <w:p w14:paraId="3EEED07C" w14:textId="2176439F" w:rsidR="00001131" w:rsidRPr="005E6C5B" w:rsidRDefault="00FF1FB7" w:rsidP="00F476FB">
      <w:pPr>
        <w:ind w:firstLine="720"/>
        <w:jc w:val="both"/>
        <w:rPr>
          <w:lang w:val="lt-LT"/>
        </w:rPr>
      </w:pPr>
      <w:r w:rsidRPr="005E6C5B">
        <w:rPr>
          <w:lang w:val="lt-LT"/>
        </w:rPr>
        <w:lastRenderedPageBreak/>
        <w:t>5</w:t>
      </w:r>
      <w:r w:rsidR="008B6D31" w:rsidRPr="005E6C5B">
        <w:rPr>
          <w:lang w:val="lt-LT"/>
        </w:rPr>
        <w:t>8</w:t>
      </w:r>
      <w:r w:rsidRPr="005E6C5B">
        <w:rPr>
          <w:lang w:val="lt-LT"/>
        </w:rPr>
        <w:t xml:space="preserve">.7. ar pasiekti </w:t>
      </w:r>
      <w:r w:rsidR="00285828" w:rsidRPr="005E6C5B">
        <w:rPr>
          <w:lang w:val="lt-LT"/>
        </w:rPr>
        <w:t>S</w:t>
      </w:r>
      <w:r w:rsidRPr="005E6C5B">
        <w:rPr>
          <w:lang w:val="lt-LT"/>
        </w:rPr>
        <w:t xml:space="preserve">utarties </w:t>
      </w:r>
      <w:r w:rsidR="00F34D7F" w:rsidRPr="005E6C5B">
        <w:rPr>
          <w:lang w:val="lt-LT"/>
        </w:rPr>
        <w:t>3</w:t>
      </w:r>
      <w:r w:rsidR="008737D2" w:rsidRPr="005E6C5B">
        <w:rPr>
          <w:lang w:val="lt-LT"/>
        </w:rPr>
        <w:t xml:space="preserve"> </w:t>
      </w:r>
      <w:r w:rsidRPr="005E6C5B">
        <w:rPr>
          <w:lang w:val="lt-LT"/>
        </w:rPr>
        <w:t>priede nustatyti Programos uždaviniai, siektini rezultatai ir privalomieji kriterijai.</w:t>
      </w:r>
    </w:p>
    <w:p w14:paraId="6AC109E6" w14:textId="78ECF0A7" w:rsidR="00001131" w:rsidRPr="005E6C5B" w:rsidRDefault="00FF1FB7" w:rsidP="00F476FB">
      <w:pPr>
        <w:ind w:firstLine="720"/>
        <w:jc w:val="both"/>
        <w:rPr>
          <w:lang w:val="lt-LT"/>
        </w:rPr>
      </w:pPr>
      <w:r w:rsidRPr="005E6C5B">
        <w:rPr>
          <w:lang w:val="lt-LT"/>
        </w:rPr>
        <w:t>5</w:t>
      </w:r>
      <w:r w:rsidR="008B6D31" w:rsidRPr="005E6C5B">
        <w:rPr>
          <w:lang w:val="lt-LT"/>
        </w:rPr>
        <w:t>9</w:t>
      </w:r>
      <w:r w:rsidRPr="005E6C5B">
        <w:rPr>
          <w:lang w:val="lt-LT"/>
        </w:rPr>
        <w:t xml:space="preserve">. Nustačius ataskaitos, dokumentų, Programos vykdymo ar lėšų panaudojimo trūkumų ar pažeidimų, taikoma </w:t>
      </w:r>
      <w:r w:rsidR="00285828" w:rsidRPr="005E6C5B">
        <w:rPr>
          <w:lang w:val="lt-LT"/>
        </w:rPr>
        <w:t>S</w:t>
      </w:r>
      <w:r w:rsidRPr="005E6C5B">
        <w:rPr>
          <w:lang w:val="lt-LT"/>
        </w:rPr>
        <w:t xml:space="preserve">utarties VIII skyriuje ir Nuostatuose nustatyta pažeidimų šalinimo, finansavimo mažinimo, lėšų grąžinimo ar </w:t>
      </w:r>
      <w:r w:rsidR="00285828" w:rsidRPr="005E6C5B">
        <w:rPr>
          <w:lang w:val="lt-LT"/>
        </w:rPr>
        <w:t>S</w:t>
      </w:r>
      <w:r w:rsidRPr="005E6C5B">
        <w:rPr>
          <w:lang w:val="lt-LT"/>
        </w:rPr>
        <w:t>utarties nutraukimo tvarka.</w:t>
      </w:r>
    </w:p>
    <w:p w14:paraId="0AA5A921" w14:textId="77777777" w:rsidR="00810357" w:rsidRPr="005E6C5B" w:rsidRDefault="00810357" w:rsidP="00F476FB">
      <w:pPr>
        <w:ind w:firstLine="720"/>
        <w:jc w:val="both"/>
        <w:rPr>
          <w:lang w:val="lt-LT"/>
        </w:rPr>
      </w:pPr>
    </w:p>
    <w:p w14:paraId="10561209" w14:textId="77777777" w:rsidR="00001131" w:rsidRPr="005E6C5B" w:rsidRDefault="00FF1FB7" w:rsidP="00F476FB">
      <w:pPr>
        <w:keepNext/>
        <w:jc w:val="center"/>
        <w:rPr>
          <w:lang w:val="lt-LT"/>
        </w:rPr>
      </w:pPr>
      <w:r w:rsidRPr="005E6C5B">
        <w:rPr>
          <w:b/>
          <w:lang w:val="lt-LT"/>
        </w:rPr>
        <w:t>VIII SKYRIUS</w:t>
      </w:r>
    </w:p>
    <w:p w14:paraId="50FE9BD7" w14:textId="77777777" w:rsidR="00001131" w:rsidRPr="005E6C5B" w:rsidRDefault="00FF1FB7" w:rsidP="00F476FB">
      <w:pPr>
        <w:keepNext/>
        <w:jc w:val="center"/>
        <w:rPr>
          <w:b/>
          <w:lang w:val="lt-LT"/>
        </w:rPr>
      </w:pPr>
      <w:r w:rsidRPr="005E6C5B">
        <w:rPr>
          <w:b/>
          <w:lang w:val="lt-LT"/>
        </w:rPr>
        <w:t>KONTROLĖ, PAŽEIDIMAI, ATSAKOMYBĖ IR LĖŠŲ GRĄŽINIMAS</w:t>
      </w:r>
    </w:p>
    <w:p w14:paraId="52AD6643" w14:textId="77777777" w:rsidR="00810357" w:rsidRPr="005E6C5B" w:rsidRDefault="00810357" w:rsidP="00F476FB">
      <w:pPr>
        <w:keepNext/>
        <w:ind w:firstLine="720"/>
        <w:jc w:val="center"/>
        <w:rPr>
          <w:lang w:val="lt-LT"/>
        </w:rPr>
      </w:pPr>
    </w:p>
    <w:p w14:paraId="61390C67" w14:textId="1EBB9BD7" w:rsidR="00001131" w:rsidRPr="005E6C5B" w:rsidRDefault="008B6D31" w:rsidP="00F476FB">
      <w:pPr>
        <w:ind w:firstLine="720"/>
        <w:jc w:val="both"/>
        <w:rPr>
          <w:lang w:val="lt-LT"/>
        </w:rPr>
      </w:pPr>
      <w:r w:rsidRPr="005E6C5B">
        <w:rPr>
          <w:lang w:val="lt-LT"/>
        </w:rPr>
        <w:t>60</w:t>
      </w:r>
      <w:r w:rsidR="00FF1FB7" w:rsidRPr="005E6C5B">
        <w:rPr>
          <w:lang w:val="lt-LT"/>
        </w:rPr>
        <w:t xml:space="preserve">. Savivaldybės administracijai nustačius Nuostatų, </w:t>
      </w:r>
      <w:r w:rsidR="00285828" w:rsidRPr="005E6C5B">
        <w:rPr>
          <w:lang w:val="lt-LT"/>
        </w:rPr>
        <w:t>S</w:t>
      </w:r>
      <w:r w:rsidR="00FF1FB7" w:rsidRPr="005E6C5B">
        <w:rPr>
          <w:lang w:val="lt-LT"/>
        </w:rPr>
        <w:t>utarties ar teisės aktų pažeidimą, Programos vykdytojas apie jį informuojamas raštu. Jeigu pažeidimas gali būti pašalintas, atsižvelgiant į jo pobūdį ir sudėtingumą, Programos vykdytojui nustatomas nuo 5 iki 30 darbo dienų terminas pažeidimui pašalinti.</w:t>
      </w:r>
    </w:p>
    <w:p w14:paraId="649DB31E" w14:textId="652A5E25" w:rsidR="00001131" w:rsidRPr="005E6C5B" w:rsidRDefault="00FF1FB7" w:rsidP="00F476FB">
      <w:pPr>
        <w:ind w:firstLine="720"/>
        <w:jc w:val="both"/>
        <w:rPr>
          <w:lang w:val="lt-LT"/>
        </w:rPr>
      </w:pPr>
      <w:r w:rsidRPr="005E6C5B">
        <w:rPr>
          <w:lang w:val="lt-LT"/>
        </w:rPr>
        <w:t>6</w:t>
      </w:r>
      <w:r w:rsidR="008B6D31" w:rsidRPr="005E6C5B">
        <w:rPr>
          <w:lang w:val="lt-LT"/>
        </w:rPr>
        <w:t>1</w:t>
      </w:r>
      <w:r w:rsidRPr="005E6C5B">
        <w:rPr>
          <w:lang w:val="lt-LT"/>
        </w:rPr>
        <w:t>. Nustačius, kad Savivaldybės biudžeto lėšos panaudotos ne pagal paskirtį, Programos vykdytojas privalo jas grąžinti per 5 darbo dienas nuo Savivaldybės administracijos pranešimo apie nustatytą pažeidimą gavimo dienos.</w:t>
      </w:r>
    </w:p>
    <w:p w14:paraId="10ED6EBA" w14:textId="065C5914" w:rsidR="00001131" w:rsidRPr="005E6C5B" w:rsidRDefault="00FF1FB7" w:rsidP="00F476FB">
      <w:pPr>
        <w:ind w:firstLine="720"/>
        <w:jc w:val="both"/>
        <w:rPr>
          <w:lang w:val="lt-LT"/>
        </w:rPr>
      </w:pPr>
      <w:r w:rsidRPr="005E6C5B">
        <w:rPr>
          <w:lang w:val="lt-LT"/>
        </w:rPr>
        <w:t>6</w:t>
      </w:r>
      <w:r w:rsidR="008B6D31" w:rsidRPr="005E6C5B">
        <w:rPr>
          <w:lang w:val="lt-LT"/>
        </w:rPr>
        <w:t>2</w:t>
      </w:r>
      <w:r w:rsidRPr="005E6C5B">
        <w:rPr>
          <w:lang w:val="lt-LT"/>
        </w:rPr>
        <w:t>. Programos vykdytojui nepasiekus vieno ar kelių metinių privalomųjų kriterijų:</w:t>
      </w:r>
    </w:p>
    <w:p w14:paraId="7FBD8D77" w14:textId="5737F8ED" w:rsidR="00001131" w:rsidRPr="005E6C5B" w:rsidRDefault="00FF1FB7" w:rsidP="00F476FB">
      <w:pPr>
        <w:ind w:firstLine="720"/>
        <w:jc w:val="both"/>
        <w:rPr>
          <w:lang w:val="lt-LT"/>
        </w:rPr>
      </w:pPr>
      <w:r w:rsidRPr="005E6C5B">
        <w:rPr>
          <w:lang w:val="lt-LT"/>
        </w:rPr>
        <w:t>6</w:t>
      </w:r>
      <w:r w:rsidR="008B6D31" w:rsidRPr="005E6C5B">
        <w:rPr>
          <w:lang w:val="lt-LT"/>
        </w:rPr>
        <w:t>2</w:t>
      </w:r>
      <w:r w:rsidRPr="005E6C5B">
        <w:rPr>
          <w:lang w:val="lt-LT"/>
        </w:rPr>
        <w:t>.1. Programos vykdytojas per 10 darbo dienų nuo Savivaldybės administracijos pranešimo gavimo pateikia paaiškinimą;</w:t>
      </w:r>
    </w:p>
    <w:p w14:paraId="25E8FB67" w14:textId="0279FD3F" w:rsidR="00001131" w:rsidRPr="005E6C5B" w:rsidRDefault="00FF1FB7" w:rsidP="00F476FB">
      <w:pPr>
        <w:ind w:firstLine="720"/>
        <w:jc w:val="both"/>
        <w:rPr>
          <w:lang w:val="lt-LT"/>
        </w:rPr>
      </w:pPr>
      <w:r w:rsidRPr="005E6C5B">
        <w:rPr>
          <w:lang w:val="lt-LT"/>
        </w:rPr>
        <w:t>6</w:t>
      </w:r>
      <w:r w:rsidR="008B6D31" w:rsidRPr="005E6C5B">
        <w:rPr>
          <w:lang w:val="lt-LT"/>
        </w:rPr>
        <w:t>2</w:t>
      </w:r>
      <w:r w:rsidRPr="005E6C5B">
        <w:rPr>
          <w:lang w:val="lt-LT"/>
        </w:rPr>
        <w:t>.2. jeigu nustatyta neatitiktis gali būti pašalinta, kartu pateikia korekcinių veiksmų planą;</w:t>
      </w:r>
    </w:p>
    <w:p w14:paraId="76016AEB" w14:textId="2ECAAEC7" w:rsidR="00001131" w:rsidRPr="005E6C5B" w:rsidRDefault="00FF1FB7" w:rsidP="00F476FB">
      <w:pPr>
        <w:ind w:firstLine="720"/>
        <w:jc w:val="both"/>
        <w:rPr>
          <w:lang w:val="lt-LT"/>
        </w:rPr>
      </w:pPr>
      <w:r w:rsidRPr="005E6C5B">
        <w:rPr>
          <w:lang w:val="lt-LT"/>
        </w:rPr>
        <w:t>6</w:t>
      </w:r>
      <w:r w:rsidR="008B6D31" w:rsidRPr="005E6C5B">
        <w:rPr>
          <w:lang w:val="lt-LT"/>
        </w:rPr>
        <w:t>2</w:t>
      </w:r>
      <w:r w:rsidRPr="005E6C5B">
        <w:rPr>
          <w:lang w:val="lt-LT"/>
        </w:rPr>
        <w:t>.3. klausim</w:t>
      </w:r>
      <w:r w:rsidR="00B57A74" w:rsidRPr="005E6C5B">
        <w:rPr>
          <w:lang w:val="lt-LT"/>
        </w:rPr>
        <w:t>u</w:t>
      </w:r>
      <w:r w:rsidRPr="005E6C5B">
        <w:rPr>
          <w:lang w:val="lt-LT"/>
        </w:rPr>
        <w:t xml:space="preserve">s dėl nustatyto pažeidimo vertina </w:t>
      </w:r>
      <w:r w:rsidR="00B57A74" w:rsidRPr="005E6C5B">
        <w:rPr>
          <w:lang w:val="lt-LT"/>
        </w:rPr>
        <w:t xml:space="preserve">darbo grupė </w:t>
      </w:r>
      <w:r w:rsidRPr="005E6C5B">
        <w:rPr>
          <w:lang w:val="lt-LT"/>
        </w:rPr>
        <w:t>Nuostatų nustatyta tvarka.</w:t>
      </w:r>
    </w:p>
    <w:p w14:paraId="2F6FA4AB" w14:textId="1D22085F" w:rsidR="00001131" w:rsidRPr="005E6C5B" w:rsidRDefault="00FF1FB7" w:rsidP="00F476FB">
      <w:pPr>
        <w:ind w:firstLine="720"/>
        <w:jc w:val="both"/>
        <w:rPr>
          <w:lang w:val="lt-LT"/>
        </w:rPr>
      </w:pPr>
      <w:r w:rsidRPr="005E6C5B">
        <w:rPr>
          <w:lang w:val="lt-LT"/>
        </w:rPr>
        <w:t>6</w:t>
      </w:r>
      <w:r w:rsidR="008B6D31" w:rsidRPr="005E6C5B">
        <w:rPr>
          <w:lang w:val="lt-LT"/>
        </w:rPr>
        <w:t>3</w:t>
      </w:r>
      <w:r w:rsidRPr="005E6C5B">
        <w:rPr>
          <w:lang w:val="lt-LT"/>
        </w:rPr>
        <w:t xml:space="preserve">. Darbo grupė, Nuostatų nustatyta tvarka įvertinusi nepasiektų kriterijų skaičių ir reikšmingumą, jų </w:t>
      </w:r>
      <w:proofErr w:type="spellStart"/>
      <w:r w:rsidRPr="005E6C5B">
        <w:rPr>
          <w:lang w:val="lt-LT"/>
        </w:rPr>
        <w:t>nepasiekimo</w:t>
      </w:r>
      <w:proofErr w:type="spellEnd"/>
      <w:r w:rsidRPr="005E6C5B">
        <w:rPr>
          <w:lang w:val="lt-LT"/>
        </w:rPr>
        <w:t xml:space="preserve"> priežastis, poveikį Programos tikslui, pažeidimo pakartotinumą ir Programos vykdytojo veiksmus pažeidimui pašalinti, nustato nepasiektų kriterijų procentinę dalį, kai kriterijus yra kiekybinis, ir pagal Nuostatų </w:t>
      </w:r>
      <w:r w:rsidR="008737D2" w:rsidRPr="005E6C5B">
        <w:rPr>
          <w:lang w:val="lt-LT"/>
        </w:rPr>
        <w:t>4</w:t>
      </w:r>
      <w:r w:rsidRPr="005E6C5B">
        <w:rPr>
          <w:lang w:val="lt-LT"/>
        </w:rPr>
        <w:t xml:space="preserve"> priede nustatytus kriterijus nustato pažeidimo lygį </w:t>
      </w:r>
      <w:r w:rsidR="00915278" w:rsidRPr="005E6C5B">
        <w:rPr>
          <w:lang w:val="lt-LT"/>
        </w:rPr>
        <w:t>ir</w:t>
      </w:r>
      <w:r w:rsidRPr="005E6C5B">
        <w:rPr>
          <w:lang w:val="lt-LT"/>
        </w:rPr>
        <w:t xml:space="preserve"> teikia motyvuotą rekomendaciją dėl vienos iš šių priemonių:</w:t>
      </w:r>
    </w:p>
    <w:p w14:paraId="690D1227" w14:textId="40428CB4" w:rsidR="00001131" w:rsidRPr="005E6C5B" w:rsidRDefault="00FF1FB7" w:rsidP="00F476FB">
      <w:pPr>
        <w:ind w:firstLine="720"/>
        <w:jc w:val="both"/>
        <w:rPr>
          <w:lang w:val="lt-LT"/>
        </w:rPr>
      </w:pPr>
      <w:r w:rsidRPr="005E6C5B">
        <w:rPr>
          <w:lang w:val="lt-LT"/>
        </w:rPr>
        <w:t>6</w:t>
      </w:r>
      <w:r w:rsidR="008B6D31" w:rsidRPr="005E6C5B">
        <w:rPr>
          <w:lang w:val="lt-LT"/>
        </w:rPr>
        <w:t>3</w:t>
      </w:r>
      <w:r w:rsidRPr="005E6C5B">
        <w:rPr>
          <w:lang w:val="lt-LT"/>
        </w:rPr>
        <w:t>.1. korekcinių veiksmų plano;</w:t>
      </w:r>
    </w:p>
    <w:p w14:paraId="357E60CC" w14:textId="6CA90E86" w:rsidR="00001131" w:rsidRPr="005E6C5B" w:rsidRDefault="00FF1FB7" w:rsidP="00F476FB">
      <w:pPr>
        <w:ind w:firstLine="720"/>
        <w:jc w:val="both"/>
        <w:rPr>
          <w:lang w:val="lt-LT"/>
        </w:rPr>
      </w:pPr>
      <w:r w:rsidRPr="005E6C5B">
        <w:rPr>
          <w:lang w:val="lt-LT"/>
        </w:rPr>
        <w:t>6</w:t>
      </w:r>
      <w:r w:rsidR="008B6D31" w:rsidRPr="005E6C5B">
        <w:rPr>
          <w:lang w:val="lt-LT"/>
        </w:rPr>
        <w:t>3</w:t>
      </w:r>
      <w:r w:rsidRPr="005E6C5B">
        <w:rPr>
          <w:lang w:val="lt-LT"/>
        </w:rPr>
        <w:t>.2. kitų metų finansavimo sumažinimo ne daugiau kaip 10 procentų;</w:t>
      </w:r>
    </w:p>
    <w:p w14:paraId="4C544AE6" w14:textId="6F90A531" w:rsidR="00001131" w:rsidRPr="005E6C5B" w:rsidRDefault="00FF1FB7" w:rsidP="00F476FB">
      <w:pPr>
        <w:ind w:firstLine="720"/>
        <w:jc w:val="both"/>
        <w:rPr>
          <w:lang w:val="lt-LT"/>
        </w:rPr>
      </w:pPr>
      <w:r w:rsidRPr="005E6C5B">
        <w:rPr>
          <w:lang w:val="lt-LT"/>
        </w:rPr>
        <w:t>6</w:t>
      </w:r>
      <w:r w:rsidR="008B6D31" w:rsidRPr="005E6C5B">
        <w:rPr>
          <w:lang w:val="lt-LT"/>
        </w:rPr>
        <w:t>3</w:t>
      </w:r>
      <w:r w:rsidRPr="005E6C5B">
        <w:rPr>
          <w:lang w:val="lt-LT"/>
        </w:rPr>
        <w:t xml:space="preserve">.3. </w:t>
      </w:r>
      <w:r w:rsidR="00C83681" w:rsidRPr="005E6C5B">
        <w:rPr>
          <w:lang w:val="lt-LT"/>
        </w:rPr>
        <w:t>kitų metų f</w:t>
      </w:r>
      <w:r w:rsidRPr="005E6C5B">
        <w:rPr>
          <w:lang w:val="lt-LT"/>
        </w:rPr>
        <w:t>inansavimo sumažinimo nuo 10 iki 30 procentų;</w:t>
      </w:r>
    </w:p>
    <w:p w14:paraId="58CA3CC2" w14:textId="7031C7BB" w:rsidR="00001131" w:rsidRPr="005E6C5B" w:rsidRDefault="00FF1FB7" w:rsidP="00F476FB">
      <w:pPr>
        <w:ind w:firstLine="720"/>
        <w:jc w:val="both"/>
        <w:rPr>
          <w:lang w:val="lt-LT"/>
        </w:rPr>
      </w:pPr>
      <w:r w:rsidRPr="005E6C5B">
        <w:rPr>
          <w:lang w:val="lt-LT"/>
        </w:rPr>
        <w:t>6</w:t>
      </w:r>
      <w:r w:rsidR="008B6D31" w:rsidRPr="005E6C5B">
        <w:rPr>
          <w:lang w:val="lt-LT"/>
        </w:rPr>
        <w:t>3</w:t>
      </w:r>
      <w:r w:rsidRPr="005E6C5B">
        <w:rPr>
          <w:lang w:val="lt-LT"/>
        </w:rPr>
        <w:t xml:space="preserve">.4. finansavimo neskyrimo arba finansavimo ir </w:t>
      </w:r>
      <w:r w:rsidR="00285828" w:rsidRPr="005E6C5B">
        <w:rPr>
          <w:lang w:val="lt-LT"/>
        </w:rPr>
        <w:t>S</w:t>
      </w:r>
      <w:r w:rsidRPr="005E6C5B">
        <w:rPr>
          <w:lang w:val="lt-LT"/>
        </w:rPr>
        <w:t>utarties nutraukimo.</w:t>
      </w:r>
    </w:p>
    <w:p w14:paraId="6189CB32" w14:textId="157515A9" w:rsidR="00001131" w:rsidRPr="005E6C5B" w:rsidRDefault="008B6D31" w:rsidP="00F476FB">
      <w:pPr>
        <w:ind w:firstLine="720"/>
        <w:jc w:val="both"/>
        <w:rPr>
          <w:lang w:val="lt-LT"/>
        </w:rPr>
      </w:pPr>
      <w:r w:rsidRPr="005E6C5B">
        <w:rPr>
          <w:lang w:val="lt-LT"/>
        </w:rPr>
        <w:t xml:space="preserve">64. </w:t>
      </w:r>
      <w:r w:rsidR="00FF1FB7" w:rsidRPr="005E6C5B">
        <w:rPr>
          <w:lang w:val="lt-LT"/>
        </w:rPr>
        <w:t xml:space="preserve">Sprendimą dėl kitų metų finansavimo mažinimo, finansavimo neskyrimo, finansavimo ar </w:t>
      </w:r>
      <w:r w:rsidR="00285828" w:rsidRPr="005E6C5B">
        <w:rPr>
          <w:lang w:val="lt-LT"/>
        </w:rPr>
        <w:t>S</w:t>
      </w:r>
      <w:r w:rsidR="00FF1FB7" w:rsidRPr="005E6C5B">
        <w:rPr>
          <w:lang w:val="lt-LT"/>
        </w:rPr>
        <w:t>utarties nutraukimo, atsižvelgdamas į darbo grupės protokolu įformintą motyvuotą rekomendaciją, priima Savivaldybės meras.</w:t>
      </w:r>
    </w:p>
    <w:p w14:paraId="7E452C81" w14:textId="14C91FBA" w:rsidR="00001131" w:rsidRPr="005E6C5B" w:rsidRDefault="00FF1FB7" w:rsidP="00207E48">
      <w:pPr>
        <w:pStyle w:val="Sraopastraipa"/>
        <w:ind w:left="0" w:firstLine="709"/>
        <w:jc w:val="both"/>
        <w:rPr>
          <w:lang w:val="lt-LT"/>
        </w:rPr>
      </w:pPr>
      <w:r w:rsidRPr="005E6C5B">
        <w:rPr>
          <w:lang w:val="lt-LT"/>
        </w:rPr>
        <w:t>6</w:t>
      </w:r>
      <w:r w:rsidR="008B6D31" w:rsidRPr="005E6C5B">
        <w:rPr>
          <w:lang w:val="lt-LT"/>
        </w:rPr>
        <w:t>5</w:t>
      </w:r>
      <w:r w:rsidRPr="005E6C5B">
        <w:rPr>
          <w:lang w:val="lt-LT"/>
        </w:rPr>
        <w:t xml:space="preserve">. </w:t>
      </w:r>
      <w:r w:rsidR="00207E48" w:rsidRPr="005E6C5B">
        <w:rPr>
          <w:lang w:val="lt-LT"/>
        </w:rPr>
        <w:t>Esminiu pažeidimu laikomas vienas iš šių atvejų</w:t>
      </w:r>
      <w:r w:rsidRPr="005E6C5B">
        <w:rPr>
          <w:lang w:val="lt-LT"/>
        </w:rPr>
        <w:t>:</w:t>
      </w:r>
    </w:p>
    <w:p w14:paraId="3EC94DEB" w14:textId="6C3C899C" w:rsidR="00001131" w:rsidRPr="005E6C5B" w:rsidRDefault="00FF1FB7" w:rsidP="00F476FB">
      <w:pPr>
        <w:ind w:firstLine="720"/>
        <w:jc w:val="both"/>
        <w:rPr>
          <w:lang w:val="lt-LT"/>
        </w:rPr>
      </w:pPr>
      <w:r w:rsidRPr="005E6C5B">
        <w:rPr>
          <w:lang w:val="lt-LT"/>
        </w:rPr>
        <w:t>6</w:t>
      </w:r>
      <w:r w:rsidR="008B6D31" w:rsidRPr="005E6C5B">
        <w:rPr>
          <w:lang w:val="lt-LT"/>
        </w:rPr>
        <w:t>5</w:t>
      </w:r>
      <w:r w:rsidRPr="005E6C5B">
        <w:rPr>
          <w:lang w:val="lt-LT"/>
        </w:rPr>
        <w:t>.1. ne pagal paskirtį panaudotų Savivaldybės biudžeto lėšų negrąžinimas nustatytu terminu;</w:t>
      </w:r>
    </w:p>
    <w:p w14:paraId="4BBF105B" w14:textId="3D1BFB9F" w:rsidR="00001131" w:rsidRPr="005E6C5B" w:rsidRDefault="00FF1FB7" w:rsidP="00F476FB">
      <w:pPr>
        <w:ind w:firstLine="720"/>
        <w:jc w:val="both"/>
        <w:rPr>
          <w:lang w:val="lt-LT"/>
        </w:rPr>
      </w:pPr>
      <w:r w:rsidRPr="005E6C5B">
        <w:rPr>
          <w:lang w:val="lt-LT"/>
        </w:rPr>
        <w:t>6</w:t>
      </w:r>
      <w:r w:rsidR="008B6D31" w:rsidRPr="005E6C5B">
        <w:rPr>
          <w:lang w:val="lt-LT"/>
        </w:rPr>
        <w:t>5</w:t>
      </w:r>
      <w:r w:rsidRPr="005E6C5B">
        <w:rPr>
          <w:lang w:val="lt-LT"/>
        </w:rPr>
        <w:t>.2. žinomai klaidingų duomenų ar dokumentų pateikimas;</w:t>
      </w:r>
    </w:p>
    <w:p w14:paraId="7BE340AE" w14:textId="52AAE343" w:rsidR="00001131" w:rsidRPr="005E6C5B" w:rsidRDefault="00FF1FB7" w:rsidP="00F476FB">
      <w:pPr>
        <w:ind w:firstLine="720"/>
        <w:jc w:val="both"/>
        <w:rPr>
          <w:lang w:val="lt-LT"/>
        </w:rPr>
      </w:pPr>
      <w:r w:rsidRPr="005E6C5B">
        <w:rPr>
          <w:lang w:val="lt-LT"/>
        </w:rPr>
        <w:t>6</w:t>
      </w:r>
      <w:r w:rsidR="008B6D31" w:rsidRPr="005E6C5B">
        <w:rPr>
          <w:lang w:val="lt-LT"/>
        </w:rPr>
        <w:t>5</w:t>
      </w:r>
      <w:r w:rsidRPr="005E6C5B">
        <w:rPr>
          <w:lang w:val="lt-LT"/>
        </w:rPr>
        <w:t>.3. trukdymas atlikti Programos vykdymo ar lėšų naudojimo kontrolę;</w:t>
      </w:r>
    </w:p>
    <w:p w14:paraId="58355A4E" w14:textId="0B3CFBEE" w:rsidR="00001131" w:rsidRPr="005E6C5B" w:rsidRDefault="00FF1FB7" w:rsidP="00F476FB">
      <w:pPr>
        <w:ind w:firstLine="720"/>
        <w:jc w:val="both"/>
        <w:rPr>
          <w:lang w:val="lt-LT"/>
        </w:rPr>
      </w:pPr>
      <w:r w:rsidRPr="005E6C5B">
        <w:rPr>
          <w:lang w:val="lt-LT"/>
        </w:rPr>
        <w:t>6</w:t>
      </w:r>
      <w:r w:rsidR="008B6D31" w:rsidRPr="005E6C5B">
        <w:rPr>
          <w:lang w:val="lt-LT"/>
        </w:rPr>
        <w:t>5</w:t>
      </w:r>
      <w:r w:rsidRPr="005E6C5B">
        <w:rPr>
          <w:lang w:val="lt-LT"/>
        </w:rPr>
        <w:t xml:space="preserve">.4. per vienus Programos įgyvendinimo metus pakartotinai padarytas toks pats pažeidimas, kuris nebuvo pašalintas </w:t>
      </w:r>
      <w:r w:rsidR="00915278" w:rsidRPr="005E6C5B">
        <w:rPr>
          <w:lang w:val="lt-LT"/>
        </w:rPr>
        <w:t xml:space="preserve">per </w:t>
      </w:r>
      <w:r w:rsidRPr="005E6C5B">
        <w:rPr>
          <w:lang w:val="lt-LT"/>
        </w:rPr>
        <w:t>nustatyt</w:t>
      </w:r>
      <w:r w:rsidR="00915278" w:rsidRPr="005E6C5B">
        <w:rPr>
          <w:lang w:val="lt-LT"/>
        </w:rPr>
        <w:t>ą</w:t>
      </w:r>
      <w:r w:rsidRPr="005E6C5B">
        <w:rPr>
          <w:lang w:val="lt-LT"/>
        </w:rPr>
        <w:t xml:space="preserve"> termin</w:t>
      </w:r>
      <w:r w:rsidR="00915278" w:rsidRPr="005E6C5B">
        <w:rPr>
          <w:lang w:val="lt-LT"/>
        </w:rPr>
        <w:t>ą</w:t>
      </w:r>
      <w:r w:rsidRPr="005E6C5B">
        <w:rPr>
          <w:lang w:val="lt-LT"/>
        </w:rPr>
        <w:t>;</w:t>
      </w:r>
    </w:p>
    <w:p w14:paraId="7EEBED7A" w14:textId="1AF04DAB" w:rsidR="00915278" w:rsidRPr="005E6C5B" w:rsidRDefault="00FF1FB7" w:rsidP="00F476FB">
      <w:pPr>
        <w:ind w:firstLine="720"/>
        <w:jc w:val="both"/>
        <w:rPr>
          <w:lang w:val="lt-LT"/>
        </w:rPr>
      </w:pPr>
      <w:r w:rsidRPr="005E6C5B">
        <w:rPr>
          <w:lang w:val="lt-LT"/>
        </w:rPr>
        <w:t>6</w:t>
      </w:r>
      <w:r w:rsidR="008B6D31" w:rsidRPr="005E6C5B">
        <w:rPr>
          <w:lang w:val="lt-LT"/>
        </w:rPr>
        <w:t>5</w:t>
      </w:r>
      <w:r w:rsidRPr="005E6C5B">
        <w:rPr>
          <w:lang w:val="lt-LT"/>
        </w:rPr>
        <w:t xml:space="preserve">.5. toks vieno ar kelių metinių privalomųjų kriterijų neįvykdymas, kai nepasiektas Nuostatų </w:t>
      </w:r>
      <w:r w:rsidR="00C06368" w:rsidRPr="005E6C5B">
        <w:rPr>
          <w:lang w:val="lt-LT"/>
        </w:rPr>
        <w:t>4</w:t>
      </w:r>
      <w:r w:rsidRPr="005E6C5B">
        <w:rPr>
          <w:lang w:val="lt-LT"/>
        </w:rPr>
        <w:t xml:space="preserve"> priede nustatytas minimalus atitinkamo kriterijaus dydis arba dėl kriterijų neįvykd</w:t>
      </w:r>
      <w:r w:rsidR="00915278" w:rsidRPr="005E6C5B">
        <w:rPr>
          <w:lang w:val="lt-LT"/>
        </w:rPr>
        <w:t xml:space="preserve">ymo pasiekiama mažiau kaip 50 procentų atitinkamų metų Programos rezultatų, nustatytų Sutartyje. </w:t>
      </w:r>
    </w:p>
    <w:p w14:paraId="65AF3AE9" w14:textId="5E18F7EB" w:rsidR="00CF5CFD" w:rsidRPr="005E6C5B" w:rsidRDefault="004C0F85" w:rsidP="00F476FB">
      <w:pPr>
        <w:ind w:firstLine="720"/>
        <w:jc w:val="both"/>
        <w:rPr>
          <w:lang w:val="lt-LT"/>
        </w:rPr>
      </w:pPr>
      <w:r w:rsidRPr="005E6C5B">
        <w:rPr>
          <w:lang w:val="lt-LT"/>
        </w:rPr>
        <w:t>6</w:t>
      </w:r>
      <w:r w:rsidR="007B6347" w:rsidRPr="005E6C5B">
        <w:rPr>
          <w:lang w:val="lt-LT"/>
        </w:rPr>
        <w:t>6</w:t>
      </w:r>
      <w:r w:rsidRPr="005E6C5B">
        <w:rPr>
          <w:lang w:val="lt-LT"/>
        </w:rPr>
        <w:t xml:space="preserve">. Darbo grupė, nustačiusi, kad padarytas esminis </w:t>
      </w:r>
      <w:r w:rsidR="00285828" w:rsidRPr="005E6C5B">
        <w:rPr>
          <w:lang w:val="lt-LT"/>
        </w:rPr>
        <w:t>S</w:t>
      </w:r>
      <w:r w:rsidRPr="005E6C5B">
        <w:rPr>
          <w:lang w:val="lt-LT"/>
        </w:rPr>
        <w:t xml:space="preserve">utarties pažeidimas, protokolu įformina motyvuotą rekomendaciją Savivaldybės merui dėl finansavimo ir </w:t>
      </w:r>
      <w:r w:rsidR="00285828" w:rsidRPr="005E6C5B">
        <w:rPr>
          <w:lang w:val="lt-LT"/>
        </w:rPr>
        <w:t>S</w:t>
      </w:r>
      <w:r w:rsidRPr="005E6C5B">
        <w:rPr>
          <w:lang w:val="lt-LT"/>
        </w:rPr>
        <w:t>utarties nutraukimo. Sprendimą, atsižvelgdamas į darbo grupės rekomendaciją, priima Savivaldybės meras, o Savivaldybės administracija įgyvendina mero sprendimą.</w:t>
      </w:r>
    </w:p>
    <w:p w14:paraId="0E73E938" w14:textId="2ACFABF6" w:rsidR="00001131" w:rsidRPr="005E6C5B" w:rsidRDefault="00FF1FB7" w:rsidP="00F476FB">
      <w:pPr>
        <w:ind w:firstLine="720"/>
        <w:jc w:val="both"/>
        <w:rPr>
          <w:lang w:val="lt-LT"/>
        </w:rPr>
      </w:pPr>
      <w:r w:rsidRPr="005E6C5B">
        <w:rPr>
          <w:lang w:val="lt-LT"/>
        </w:rPr>
        <w:t>6</w:t>
      </w:r>
      <w:r w:rsidR="007B6347" w:rsidRPr="005E6C5B">
        <w:rPr>
          <w:lang w:val="lt-LT"/>
        </w:rPr>
        <w:t>7</w:t>
      </w:r>
      <w:r w:rsidRPr="005E6C5B">
        <w:rPr>
          <w:lang w:val="lt-LT"/>
        </w:rPr>
        <w:t xml:space="preserve">. Nepanaudotas Programai skirtas Savivaldybės biudžeto lėšas Programos vykdytojas privalo grąžinti ne vėliau kaip per 5 darbo dienas nuo </w:t>
      </w:r>
      <w:r w:rsidR="0038666A" w:rsidRPr="0038666A">
        <w:rPr>
          <w:lang w:val="lt-LT"/>
        </w:rPr>
        <w:t>Savivaldybės pareikalavimo</w:t>
      </w:r>
      <w:r w:rsidRPr="005E6C5B">
        <w:rPr>
          <w:lang w:val="lt-LT"/>
        </w:rPr>
        <w:t xml:space="preserve"> į Savivaldybės administracijos atsiskaitomąją sąskaitą</w:t>
      </w:r>
      <w:r w:rsidR="00810357" w:rsidRPr="005E6C5B">
        <w:rPr>
          <w:lang w:val="lt-LT"/>
        </w:rPr>
        <w:t xml:space="preserve"> </w:t>
      </w:r>
      <w:r w:rsidRPr="005E6C5B">
        <w:rPr>
          <w:lang w:val="lt-LT"/>
        </w:rPr>
        <w:t>[</w:t>
      </w:r>
      <w:r w:rsidR="00AA7430" w:rsidRPr="005E6C5B">
        <w:rPr>
          <w:lang w:val="lt-LT"/>
        </w:rPr>
        <w:t>Savivaldybės sąskaitos n</w:t>
      </w:r>
      <w:r w:rsidR="00FF36B6" w:rsidRPr="005E6C5B">
        <w:rPr>
          <w:lang w:val="lt-LT"/>
        </w:rPr>
        <w:t>umeris</w:t>
      </w:r>
      <w:r w:rsidR="00AA7430" w:rsidRPr="005E6C5B">
        <w:rPr>
          <w:lang w:val="lt-LT"/>
        </w:rPr>
        <w:t>, bankas</w:t>
      </w:r>
      <w:r w:rsidRPr="005E6C5B">
        <w:rPr>
          <w:lang w:val="lt-LT"/>
        </w:rPr>
        <w:t>].</w:t>
      </w:r>
    </w:p>
    <w:p w14:paraId="0FC6C464" w14:textId="0B8924FA" w:rsidR="00001131" w:rsidRPr="005E6C5B" w:rsidRDefault="00FF1FB7" w:rsidP="00F476FB">
      <w:pPr>
        <w:ind w:firstLine="720"/>
        <w:jc w:val="both"/>
        <w:rPr>
          <w:lang w:val="lt-LT"/>
        </w:rPr>
      </w:pPr>
      <w:r w:rsidRPr="005E6C5B">
        <w:rPr>
          <w:lang w:val="lt-LT"/>
        </w:rPr>
        <w:t>6</w:t>
      </w:r>
      <w:r w:rsidR="007B6347" w:rsidRPr="005E6C5B">
        <w:rPr>
          <w:lang w:val="lt-LT"/>
        </w:rPr>
        <w:t>8</w:t>
      </w:r>
      <w:r w:rsidRPr="005E6C5B">
        <w:rPr>
          <w:lang w:val="lt-LT"/>
        </w:rPr>
        <w:t xml:space="preserve">. Negrąžintos Programai įgyvendinti skirtos Savivaldybės biudžeto lėšos išieškomos Lietuvos Respublikos teisės aktų nustatyta tvarka. Programos vykdytojas už klaidingos informacijos apie Programos vykdymą pateikimą, lėšų panaudojimą ne pagal paskirtį ir kitus </w:t>
      </w:r>
      <w:r w:rsidR="00285828" w:rsidRPr="005E6C5B">
        <w:rPr>
          <w:lang w:val="lt-LT"/>
        </w:rPr>
        <w:t>S</w:t>
      </w:r>
      <w:r w:rsidRPr="005E6C5B">
        <w:rPr>
          <w:lang w:val="lt-LT"/>
        </w:rPr>
        <w:t>utarties ar teisės aktų pažeidimus atsako Lietuvos Respublikos teisės aktų nustatyta tvarka.</w:t>
      </w:r>
    </w:p>
    <w:p w14:paraId="5768E8E6" w14:textId="77777777" w:rsidR="00DB420C" w:rsidRPr="005E6C5B" w:rsidRDefault="00DB420C" w:rsidP="00F476FB">
      <w:pPr>
        <w:keepNext/>
        <w:ind w:firstLine="720"/>
        <w:jc w:val="center"/>
        <w:rPr>
          <w:b/>
          <w:lang w:val="lt-LT"/>
        </w:rPr>
      </w:pPr>
    </w:p>
    <w:p w14:paraId="6EBB9EB6" w14:textId="77777777" w:rsidR="00001131" w:rsidRPr="005E6C5B" w:rsidRDefault="00FF1FB7" w:rsidP="00F476FB">
      <w:pPr>
        <w:keepNext/>
        <w:jc w:val="center"/>
        <w:rPr>
          <w:lang w:val="lt-LT"/>
        </w:rPr>
      </w:pPr>
      <w:r w:rsidRPr="005E6C5B">
        <w:rPr>
          <w:b/>
          <w:lang w:val="lt-LT"/>
        </w:rPr>
        <w:t>IX SKYRIUS</w:t>
      </w:r>
    </w:p>
    <w:p w14:paraId="2EC4A02F" w14:textId="77777777" w:rsidR="00001131" w:rsidRPr="005E6C5B" w:rsidRDefault="00FF1FB7" w:rsidP="00F476FB">
      <w:pPr>
        <w:keepNext/>
        <w:jc w:val="center"/>
        <w:rPr>
          <w:b/>
          <w:lang w:val="lt-LT"/>
        </w:rPr>
      </w:pPr>
      <w:r w:rsidRPr="005E6C5B">
        <w:rPr>
          <w:b/>
          <w:lang w:val="lt-LT"/>
        </w:rPr>
        <w:t>DOKUMENTŲ SAUGOJIMAS, ASMENS DUOMENYS IR INTERESŲ KONFLIKTAI</w:t>
      </w:r>
    </w:p>
    <w:p w14:paraId="4841EC7D" w14:textId="77777777" w:rsidR="00810357" w:rsidRPr="005E6C5B" w:rsidRDefault="00810357" w:rsidP="00F476FB">
      <w:pPr>
        <w:keepNext/>
        <w:ind w:firstLine="720"/>
        <w:jc w:val="center"/>
        <w:rPr>
          <w:lang w:val="lt-LT"/>
        </w:rPr>
      </w:pPr>
    </w:p>
    <w:p w14:paraId="241A40D8" w14:textId="1BD9B83D" w:rsidR="00001131" w:rsidRPr="005E6C5B" w:rsidRDefault="00FF1FB7" w:rsidP="00F476FB">
      <w:pPr>
        <w:ind w:firstLine="720"/>
        <w:jc w:val="both"/>
        <w:rPr>
          <w:lang w:val="lt-LT"/>
        </w:rPr>
      </w:pPr>
      <w:r w:rsidRPr="005E6C5B">
        <w:rPr>
          <w:lang w:val="lt-LT"/>
        </w:rPr>
        <w:t>6</w:t>
      </w:r>
      <w:r w:rsidR="007B6347" w:rsidRPr="005E6C5B">
        <w:rPr>
          <w:lang w:val="lt-LT"/>
        </w:rPr>
        <w:t>9</w:t>
      </w:r>
      <w:r w:rsidRPr="005E6C5B">
        <w:rPr>
          <w:lang w:val="lt-LT"/>
        </w:rPr>
        <w:t xml:space="preserve">. Su Programos įgyvendinimu ir lėšų panaudojimu susiję dokumentai saugomi Lietuvos Respublikos teisės aktų nustatytais terminais. Asmens duomenys, susiję su Programos finansavimu, tvarkomi vadovaujantis Reglamentu (ES) 2016/679, Lietuvos Respublikos asmens duomenų teisinės apsaugos įstatymu, Nuostatais ir kitais taikomais teisės aktais. Dokumentai, kuriuose yra asmens duomenų, Savivaldybės administracijoje saugomi Nuostatuose nustatytą terminą, o ilgiau – kai tai būtina pagal kitus teisės aktus arba </w:t>
      </w:r>
      <w:r w:rsidR="004B4974" w:rsidRPr="005E6C5B">
        <w:rPr>
          <w:lang w:val="lt-LT"/>
        </w:rPr>
        <w:t xml:space="preserve">reikia </w:t>
      </w:r>
      <w:r w:rsidRPr="005E6C5B">
        <w:rPr>
          <w:lang w:val="lt-LT"/>
        </w:rPr>
        <w:t>ginčui ar skundui išspręsti.</w:t>
      </w:r>
    </w:p>
    <w:p w14:paraId="1E36523F" w14:textId="11945362" w:rsidR="00001131" w:rsidRPr="005E6C5B" w:rsidRDefault="007B6347" w:rsidP="00F476FB">
      <w:pPr>
        <w:ind w:firstLine="720"/>
        <w:jc w:val="both"/>
        <w:rPr>
          <w:lang w:val="lt-LT"/>
        </w:rPr>
      </w:pPr>
      <w:r w:rsidRPr="005E6C5B">
        <w:rPr>
          <w:lang w:val="lt-LT"/>
        </w:rPr>
        <w:t>70</w:t>
      </w:r>
      <w:r w:rsidR="00FF1FB7" w:rsidRPr="005E6C5B">
        <w:rPr>
          <w:lang w:val="lt-LT"/>
        </w:rPr>
        <w:t xml:space="preserve">. Šalys, vykdydamos </w:t>
      </w:r>
      <w:r w:rsidR="00285828" w:rsidRPr="005E6C5B">
        <w:rPr>
          <w:lang w:val="lt-LT"/>
        </w:rPr>
        <w:t>S</w:t>
      </w:r>
      <w:r w:rsidR="00FF1FB7" w:rsidRPr="005E6C5B">
        <w:rPr>
          <w:lang w:val="lt-LT"/>
        </w:rPr>
        <w:t>utartį, privalo veikti skaidriai ir nešališkai, o kai pagal teisės aktus taikomi interesų konfliktų prevencijos reikalavimai</w:t>
      </w:r>
      <w:r w:rsidR="00915278" w:rsidRPr="005E6C5B">
        <w:rPr>
          <w:lang w:val="lt-LT"/>
        </w:rPr>
        <w:t>,</w:t>
      </w:r>
      <w:r w:rsidR="00FF1FB7" w:rsidRPr="005E6C5B">
        <w:rPr>
          <w:lang w:val="lt-LT"/>
        </w:rPr>
        <w:t xml:space="preserve"> – jų laikytis. Paaiškėjus aplinkybėms, galinčioms sukelti faktinį ar galimą interesų konfliktą, apie jas turi būti informuojama kita Šalis ir imamasi teisės aktuose nustatytų priemonių.</w:t>
      </w:r>
    </w:p>
    <w:p w14:paraId="24FE0212" w14:textId="77777777" w:rsidR="00810357" w:rsidRPr="005E6C5B" w:rsidRDefault="00810357" w:rsidP="00F476FB">
      <w:pPr>
        <w:ind w:firstLine="720"/>
        <w:jc w:val="both"/>
        <w:rPr>
          <w:lang w:val="lt-LT"/>
        </w:rPr>
      </w:pPr>
    </w:p>
    <w:p w14:paraId="3FA23572" w14:textId="77777777" w:rsidR="00001131" w:rsidRPr="005E6C5B" w:rsidRDefault="00FF1FB7" w:rsidP="00F476FB">
      <w:pPr>
        <w:keepNext/>
        <w:jc w:val="center"/>
        <w:rPr>
          <w:lang w:val="lt-LT"/>
        </w:rPr>
      </w:pPr>
      <w:r w:rsidRPr="005E6C5B">
        <w:rPr>
          <w:b/>
          <w:lang w:val="lt-LT"/>
        </w:rPr>
        <w:t>X SKYRIUS</w:t>
      </w:r>
    </w:p>
    <w:p w14:paraId="4CE92623" w14:textId="77777777" w:rsidR="00001131" w:rsidRPr="005E6C5B" w:rsidRDefault="00FF1FB7" w:rsidP="00F476FB">
      <w:pPr>
        <w:keepNext/>
        <w:jc w:val="center"/>
        <w:rPr>
          <w:b/>
          <w:lang w:val="lt-LT"/>
        </w:rPr>
      </w:pPr>
      <w:r w:rsidRPr="005E6C5B">
        <w:rPr>
          <w:b/>
          <w:lang w:val="lt-LT"/>
        </w:rPr>
        <w:t>NENUGALIMA JĖGA</w:t>
      </w:r>
    </w:p>
    <w:p w14:paraId="2768F0BF" w14:textId="77777777" w:rsidR="00810357" w:rsidRPr="005E6C5B" w:rsidRDefault="00810357" w:rsidP="00F476FB">
      <w:pPr>
        <w:keepNext/>
        <w:ind w:firstLine="720"/>
        <w:jc w:val="center"/>
        <w:rPr>
          <w:lang w:val="lt-LT"/>
        </w:rPr>
      </w:pPr>
    </w:p>
    <w:p w14:paraId="7FE895AA" w14:textId="7663A4D2" w:rsidR="00001131" w:rsidRPr="005E6C5B" w:rsidRDefault="008B6D31" w:rsidP="00F476FB">
      <w:pPr>
        <w:ind w:firstLine="720"/>
        <w:jc w:val="both"/>
        <w:rPr>
          <w:lang w:val="lt-LT"/>
        </w:rPr>
      </w:pPr>
      <w:r w:rsidRPr="005E6C5B">
        <w:rPr>
          <w:lang w:val="lt-LT"/>
        </w:rPr>
        <w:t>7</w:t>
      </w:r>
      <w:r w:rsidR="007B6347" w:rsidRPr="005E6C5B">
        <w:rPr>
          <w:lang w:val="lt-LT"/>
        </w:rPr>
        <w:t>1</w:t>
      </w:r>
      <w:r w:rsidR="00FF1FB7" w:rsidRPr="005E6C5B">
        <w:rPr>
          <w:lang w:val="lt-LT"/>
        </w:rPr>
        <w:t xml:space="preserve">. Šalis neatsako už visišką ar dalinį </w:t>
      </w:r>
      <w:r w:rsidR="00285828" w:rsidRPr="005E6C5B">
        <w:rPr>
          <w:lang w:val="lt-LT"/>
        </w:rPr>
        <w:t>S</w:t>
      </w:r>
      <w:r w:rsidR="00FF1FB7" w:rsidRPr="005E6C5B">
        <w:rPr>
          <w:lang w:val="lt-LT"/>
        </w:rPr>
        <w:t xml:space="preserve">utarties įsipareigojimų neįvykdymą, jeigu įrodo, kad įsipareigojimų negalėjo įvykdyti dėl nenugalimos jėgos aplinkybių Lietuvos Respublikos teisės aktų nustatyta tvarka. Apie tokių aplinkybių atsiradimą ir jų poveikį </w:t>
      </w:r>
      <w:r w:rsidR="00285828" w:rsidRPr="005E6C5B">
        <w:rPr>
          <w:lang w:val="lt-LT"/>
        </w:rPr>
        <w:t>S</w:t>
      </w:r>
      <w:r w:rsidR="00FF1FB7" w:rsidRPr="005E6C5B">
        <w:rPr>
          <w:lang w:val="lt-LT"/>
        </w:rPr>
        <w:t xml:space="preserve">utarties vykdymui Šalis nedelsdama raštu informuoja kitą Šalį. Nenugalimos jėgos aplinkybės savaime nesuteikia teisės keisti Savivaldybės biudžeto lėšų paskirties, finansavimo dydžio ar perkelti lėšas į kitus biudžetinius metus. Jeigu dėl tokių aplinkybių būtina keisti </w:t>
      </w:r>
      <w:r w:rsidR="00285828" w:rsidRPr="005E6C5B">
        <w:rPr>
          <w:lang w:val="lt-LT"/>
        </w:rPr>
        <w:t>S</w:t>
      </w:r>
      <w:r w:rsidR="00FF1FB7" w:rsidRPr="005E6C5B">
        <w:rPr>
          <w:lang w:val="lt-LT"/>
        </w:rPr>
        <w:t xml:space="preserve">utartį, ji keičiama </w:t>
      </w:r>
      <w:r w:rsidR="00285828" w:rsidRPr="005E6C5B">
        <w:rPr>
          <w:lang w:val="lt-LT"/>
        </w:rPr>
        <w:t>S</w:t>
      </w:r>
      <w:r w:rsidR="00FF1FB7" w:rsidRPr="005E6C5B">
        <w:rPr>
          <w:lang w:val="lt-LT"/>
        </w:rPr>
        <w:t>utartyje ir Nuostatuose nustatyta tvarka.</w:t>
      </w:r>
    </w:p>
    <w:p w14:paraId="18C2A980" w14:textId="77777777" w:rsidR="00810357" w:rsidRPr="005E6C5B" w:rsidRDefault="00810357" w:rsidP="00F476FB">
      <w:pPr>
        <w:jc w:val="both"/>
        <w:rPr>
          <w:lang w:val="lt-LT"/>
        </w:rPr>
      </w:pPr>
    </w:p>
    <w:p w14:paraId="7EED4805" w14:textId="77777777" w:rsidR="00001131" w:rsidRPr="005E6C5B" w:rsidRDefault="00FF1FB7" w:rsidP="00F476FB">
      <w:pPr>
        <w:keepNext/>
        <w:jc w:val="center"/>
        <w:rPr>
          <w:lang w:val="lt-LT"/>
        </w:rPr>
      </w:pPr>
      <w:r w:rsidRPr="005E6C5B">
        <w:rPr>
          <w:b/>
          <w:lang w:val="lt-LT"/>
        </w:rPr>
        <w:t>XI SKYRIUS</w:t>
      </w:r>
    </w:p>
    <w:p w14:paraId="6FF0F4AE" w14:textId="77777777" w:rsidR="00001131" w:rsidRPr="005E6C5B" w:rsidRDefault="00FF1FB7" w:rsidP="00F476FB">
      <w:pPr>
        <w:keepNext/>
        <w:jc w:val="center"/>
        <w:rPr>
          <w:b/>
          <w:lang w:val="lt-LT"/>
        </w:rPr>
      </w:pPr>
      <w:r w:rsidRPr="005E6C5B">
        <w:rPr>
          <w:b/>
          <w:lang w:val="lt-LT"/>
        </w:rPr>
        <w:t>SUTARTIES KEITIMAS, NUTRAUKIMAS, GINČŲ SPRENDIMAS IR BAIGIAMOSIOS NUOSTATOS</w:t>
      </w:r>
    </w:p>
    <w:p w14:paraId="09E7A3A3" w14:textId="77777777" w:rsidR="00810357" w:rsidRPr="005E6C5B" w:rsidRDefault="00810357" w:rsidP="00F476FB">
      <w:pPr>
        <w:keepNext/>
        <w:ind w:firstLine="720"/>
        <w:jc w:val="center"/>
        <w:rPr>
          <w:lang w:val="lt-LT"/>
        </w:rPr>
      </w:pPr>
    </w:p>
    <w:p w14:paraId="167D5166" w14:textId="7455D04B" w:rsidR="00001131" w:rsidRPr="005E6C5B" w:rsidRDefault="008B6D31" w:rsidP="00F476FB">
      <w:pPr>
        <w:ind w:firstLine="720"/>
        <w:jc w:val="both"/>
        <w:rPr>
          <w:lang w:val="lt-LT"/>
        </w:rPr>
      </w:pPr>
      <w:r w:rsidRPr="005E6C5B">
        <w:rPr>
          <w:lang w:val="lt-LT"/>
        </w:rPr>
        <w:t>7</w:t>
      </w:r>
      <w:r w:rsidR="007B6347" w:rsidRPr="005E6C5B">
        <w:rPr>
          <w:lang w:val="lt-LT"/>
        </w:rPr>
        <w:t>2</w:t>
      </w:r>
      <w:r w:rsidR="00FF1FB7" w:rsidRPr="005E6C5B">
        <w:rPr>
          <w:lang w:val="lt-LT"/>
        </w:rPr>
        <w:t xml:space="preserve">. </w:t>
      </w:r>
      <w:r w:rsidR="00285828" w:rsidRPr="005E6C5B">
        <w:rPr>
          <w:lang w:val="lt-LT"/>
        </w:rPr>
        <w:t>S</w:t>
      </w:r>
      <w:r w:rsidR="00FF1FB7" w:rsidRPr="005E6C5B">
        <w:rPr>
          <w:lang w:val="lt-LT"/>
        </w:rPr>
        <w:t xml:space="preserve">utartis ir jos priedai keičiami rašytiniu Šalių susitarimu, išskyrus atvejus, kai Nuostatai nustato, kad atitinkamą sprendimą dėl finansavimo ar jo nutraukimo priima Savivaldybės meras. </w:t>
      </w:r>
      <w:r w:rsidR="00285828" w:rsidRPr="005E6C5B">
        <w:rPr>
          <w:lang w:val="lt-LT"/>
        </w:rPr>
        <w:t>S</w:t>
      </w:r>
      <w:r w:rsidR="00FF1FB7" w:rsidRPr="005E6C5B">
        <w:rPr>
          <w:lang w:val="lt-LT"/>
        </w:rPr>
        <w:t>utarties pakeitimus Savivaldybės administracijos vardu pasirašo Savivaldybės administracijos direktorius.</w:t>
      </w:r>
    </w:p>
    <w:p w14:paraId="6EAB2DE4" w14:textId="7E7D8ECA" w:rsidR="00915278" w:rsidRPr="005E6C5B" w:rsidRDefault="00DB420C" w:rsidP="00F476FB">
      <w:pPr>
        <w:ind w:firstLine="720"/>
        <w:jc w:val="both"/>
        <w:rPr>
          <w:lang w:val="lt-LT"/>
        </w:rPr>
      </w:pPr>
      <w:r w:rsidRPr="005E6C5B">
        <w:rPr>
          <w:lang w:val="lt-LT"/>
        </w:rPr>
        <w:t>7</w:t>
      </w:r>
      <w:r w:rsidR="007B6347" w:rsidRPr="005E6C5B">
        <w:rPr>
          <w:lang w:val="lt-LT"/>
        </w:rPr>
        <w:t>3</w:t>
      </w:r>
      <w:r w:rsidR="00FF1FB7" w:rsidRPr="005E6C5B">
        <w:rPr>
          <w:lang w:val="lt-LT"/>
        </w:rPr>
        <w:t xml:space="preserve">. </w:t>
      </w:r>
      <w:r w:rsidR="00285828" w:rsidRPr="005E6C5B">
        <w:rPr>
          <w:lang w:val="lt-LT"/>
        </w:rPr>
        <w:t>S</w:t>
      </w:r>
      <w:r w:rsidR="00FF1FB7" w:rsidRPr="005E6C5B">
        <w:rPr>
          <w:lang w:val="lt-LT"/>
        </w:rPr>
        <w:t>utartis Nuostatų 6</w:t>
      </w:r>
      <w:r w:rsidR="00C06368" w:rsidRPr="005E6C5B">
        <w:rPr>
          <w:lang w:val="lt-LT"/>
        </w:rPr>
        <w:t>0</w:t>
      </w:r>
      <w:r w:rsidR="00FF1FB7" w:rsidRPr="005E6C5B">
        <w:rPr>
          <w:lang w:val="lt-LT"/>
        </w:rPr>
        <w:t xml:space="preserve"> ir 6</w:t>
      </w:r>
      <w:r w:rsidR="00C06368" w:rsidRPr="005E6C5B">
        <w:rPr>
          <w:lang w:val="lt-LT"/>
        </w:rPr>
        <w:t>1</w:t>
      </w:r>
      <w:r w:rsidR="00FF1FB7" w:rsidRPr="005E6C5B">
        <w:rPr>
          <w:lang w:val="lt-LT"/>
        </w:rPr>
        <w:t xml:space="preserve"> punktuose nustatytais atvejais nutraukiama Savivaldybės mero sprendimu, priimtu gavus darbo grupės protokolu įformintą motyvuotą rekomendaciją. Kitais Lietuvos Respublikos teisės aktuose nustatytais pagrindais </w:t>
      </w:r>
      <w:r w:rsidR="00285828" w:rsidRPr="005E6C5B">
        <w:rPr>
          <w:lang w:val="lt-LT"/>
        </w:rPr>
        <w:t>S</w:t>
      </w:r>
      <w:r w:rsidR="00FF1FB7" w:rsidRPr="005E6C5B">
        <w:rPr>
          <w:lang w:val="lt-LT"/>
        </w:rPr>
        <w:t xml:space="preserve">utartis </w:t>
      </w:r>
      <w:r w:rsidR="00915278" w:rsidRPr="005E6C5B">
        <w:rPr>
          <w:lang w:val="lt-LT"/>
        </w:rPr>
        <w:t>nutraukiama tuose teisės aktuose nustatyta tvarka pagal juose nustatytą kompetenciją.</w:t>
      </w:r>
    </w:p>
    <w:p w14:paraId="3AF05508" w14:textId="51662AC0" w:rsidR="00001131" w:rsidRPr="005E6C5B" w:rsidRDefault="00DB420C" w:rsidP="00F476FB">
      <w:pPr>
        <w:ind w:firstLine="720"/>
        <w:jc w:val="both"/>
        <w:rPr>
          <w:lang w:val="lt-LT"/>
        </w:rPr>
      </w:pPr>
      <w:r w:rsidRPr="005E6C5B">
        <w:rPr>
          <w:lang w:val="lt-LT"/>
        </w:rPr>
        <w:t>7</w:t>
      </w:r>
      <w:r w:rsidR="007B6347" w:rsidRPr="005E6C5B">
        <w:rPr>
          <w:lang w:val="lt-LT"/>
        </w:rPr>
        <w:t>4</w:t>
      </w:r>
      <w:r w:rsidR="00FF1FB7" w:rsidRPr="005E6C5B">
        <w:rPr>
          <w:lang w:val="lt-LT"/>
        </w:rPr>
        <w:t>.</w:t>
      </w:r>
      <w:r w:rsidRPr="005E6C5B">
        <w:rPr>
          <w:lang w:val="lt-LT"/>
        </w:rPr>
        <w:t xml:space="preserve"> </w:t>
      </w:r>
      <w:r w:rsidR="00FF1FB7" w:rsidRPr="005E6C5B">
        <w:rPr>
          <w:lang w:val="lt-LT"/>
        </w:rPr>
        <w:t xml:space="preserve">Savivaldybės meras, gavęs darbo grupės motyvuotą rekomendaciją, gali priimti sprendimą dėl finansavimo neskyrimo ir (ar) </w:t>
      </w:r>
      <w:r w:rsidR="00FA3C7E" w:rsidRPr="005E6C5B">
        <w:rPr>
          <w:lang w:val="lt-LT"/>
        </w:rPr>
        <w:t>S</w:t>
      </w:r>
      <w:r w:rsidR="00AA7430" w:rsidRPr="005E6C5B">
        <w:rPr>
          <w:lang w:val="lt-LT"/>
        </w:rPr>
        <w:t>u</w:t>
      </w:r>
      <w:r w:rsidR="00FF1FB7" w:rsidRPr="005E6C5B">
        <w:rPr>
          <w:lang w:val="lt-LT"/>
        </w:rPr>
        <w:t xml:space="preserve">tarties nutraukimo, jeigu Programos vykdytojas įgyja likviduojamo juridinio asmens statusą, jam pradedamos bankroto procedūros, taikomas turto areštas arba sustabdoma ar apribojama jo veikla ir dėl šių aplinkybių </w:t>
      </w:r>
      <w:r w:rsidR="00915278" w:rsidRPr="005E6C5B">
        <w:rPr>
          <w:lang w:val="lt-LT"/>
        </w:rPr>
        <w:t>Programa negali būti tinkamai įgyvendinama.</w:t>
      </w:r>
    </w:p>
    <w:p w14:paraId="30FAE907" w14:textId="5B157C02" w:rsidR="00001131" w:rsidRPr="005E6C5B" w:rsidRDefault="00DB420C" w:rsidP="00F476FB">
      <w:pPr>
        <w:ind w:firstLine="720"/>
        <w:jc w:val="both"/>
        <w:rPr>
          <w:lang w:val="lt-LT"/>
        </w:rPr>
      </w:pPr>
      <w:r w:rsidRPr="005E6C5B">
        <w:rPr>
          <w:lang w:val="lt-LT"/>
        </w:rPr>
        <w:t>7</w:t>
      </w:r>
      <w:r w:rsidR="007B6347" w:rsidRPr="005E6C5B">
        <w:rPr>
          <w:lang w:val="lt-LT"/>
        </w:rPr>
        <w:t>5</w:t>
      </w:r>
      <w:r w:rsidRPr="005E6C5B">
        <w:rPr>
          <w:lang w:val="lt-LT"/>
        </w:rPr>
        <w:t>.</w:t>
      </w:r>
      <w:r w:rsidR="00FF1FB7" w:rsidRPr="005E6C5B">
        <w:rPr>
          <w:lang w:val="lt-LT"/>
        </w:rPr>
        <w:t xml:space="preserve"> Nutraukus </w:t>
      </w:r>
      <w:r w:rsidR="00FA3C7E" w:rsidRPr="005E6C5B">
        <w:rPr>
          <w:lang w:val="lt-LT"/>
        </w:rPr>
        <w:t>S</w:t>
      </w:r>
      <w:r w:rsidR="00FF1FB7" w:rsidRPr="005E6C5B">
        <w:rPr>
          <w:lang w:val="lt-LT"/>
        </w:rPr>
        <w:t xml:space="preserve">utartį Programos vykdytojas privalo atsiskaityti už iki </w:t>
      </w:r>
      <w:r w:rsidR="00FA3C7E" w:rsidRPr="005E6C5B">
        <w:rPr>
          <w:lang w:val="lt-LT"/>
        </w:rPr>
        <w:t>S</w:t>
      </w:r>
      <w:r w:rsidR="00FF1FB7" w:rsidRPr="005E6C5B">
        <w:rPr>
          <w:lang w:val="lt-LT"/>
        </w:rPr>
        <w:t xml:space="preserve">utarties nutraukimo panaudotas Savivaldybės biudžeto lėšas ir Nuostatų bei </w:t>
      </w:r>
      <w:r w:rsidR="00FA3C7E" w:rsidRPr="005E6C5B">
        <w:rPr>
          <w:lang w:val="lt-LT"/>
        </w:rPr>
        <w:t>S</w:t>
      </w:r>
      <w:r w:rsidR="00FF1FB7" w:rsidRPr="005E6C5B">
        <w:rPr>
          <w:lang w:val="lt-LT"/>
        </w:rPr>
        <w:t>utarties nustatyta tvarka grąžinti nepanaudotas ar netinkamai panaudotas lėšas.</w:t>
      </w:r>
    </w:p>
    <w:p w14:paraId="24CA7235" w14:textId="49985816" w:rsidR="00001131" w:rsidRPr="005E6C5B" w:rsidRDefault="00DB420C" w:rsidP="00F476FB">
      <w:pPr>
        <w:ind w:firstLine="720"/>
        <w:jc w:val="both"/>
        <w:rPr>
          <w:lang w:val="lt-LT"/>
        </w:rPr>
      </w:pPr>
      <w:r w:rsidRPr="005E6C5B">
        <w:rPr>
          <w:lang w:val="lt-LT"/>
        </w:rPr>
        <w:t>7</w:t>
      </w:r>
      <w:r w:rsidR="007B6347" w:rsidRPr="005E6C5B">
        <w:rPr>
          <w:lang w:val="lt-LT"/>
        </w:rPr>
        <w:t>6</w:t>
      </w:r>
      <w:r w:rsidRPr="005E6C5B">
        <w:rPr>
          <w:lang w:val="lt-LT"/>
        </w:rPr>
        <w:t xml:space="preserve">. </w:t>
      </w:r>
      <w:r w:rsidR="00FF1FB7" w:rsidRPr="005E6C5B">
        <w:rPr>
          <w:lang w:val="lt-LT"/>
        </w:rPr>
        <w:t xml:space="preserve">Ginčai, kylantys dėl </w:t>
      </w:r>
      <w:r w:rsidR="00FA3C7E" w:rsidRPr="005E6C5B">
        <w:rPr>
          <w:lang w:val="lt-LT"/>
        </w:rPr>
        <w:t>S</w:t>
      </w:r>
      <w:r w:rsidR="00FF1FB7" w:rsidRPr="005E6C5B">
        <w:rPr>
          <w:lang w:val="lt-LT"/>
        </w:rPr>
        <w:t>utarties sudarymo, vykdymo, keitimo ar nutraukimo, sprendžiami Lietuvos Respublikos teisės aktų nustatyta tvarka.</w:t>
      </w:r>
    </w:p>
    <w:p w14:paraId="058C2BBB" w14:textId="3E42CFE1" w:rsidR="00001131" w:rsidRPr="005E6C5B" w:rsidRDefault="00DB420C" w:rsidP="00F476FB">
      <w:pPr>
        <w:ind w:firstLine="720"/>
        <w:jc w:val="both"/>
        <w:rPr>
          <w:lang w:val="lt-LT"/>
        </w:rPr>
      </w:pPr>
      <w:r w:rsidRPr="005E6C5B">
        <w:rPr>
          <w:lang w:val="lt-LT"/>
        </w:rPr>
        <w:t>7</w:t>
      </w:r>
      <w:r w:rsidR="007B6347" w:rsidRPr="005E6C5B">
        <w:rPr>
          <w:lang w:val="lt-LT"/>
        </w:rPr>
        <w:t>7</w:t>
      </w:r>
      <w:r w:rsidRPr="005E6C5B">
        <w:rPr>
          <w:lang w:val="lt-LT"/>
        </w:rPr>
        <w:t>.</w:t>
      </w:r>
      <w:r w:rsidR="00FF1FB7" w:rsidRPr="005E6C5B">
        <w:rPr>
          <w:lang w:val="lt-LT"/>
        </w:rPr>
        <w:t xml:space="preserve"> </w:t>
      </w:r>
      <w:r w:rsidR="00FA3C7E" w:rsidRPr="005E6C5B">
        <w:rPr>
          <w:lang w:val="lt-LT"/>
        </w:rPr>
        <w:t>S</w:t>
      </w:r>
      <w:r w:rsidR="00FF1FB7" w:rsidRPr="005E6C5B">
        <w:rPr>
          <w:lang w:val="lt-LT"/>
        </w:rPr>
        <w:t xml:space="preserve">utartis įsigalioja nuo jos užregistravimo Savivaldybės administracijos dokumentų valdymo sistemoje dienos ir galioja iki visiško Šalių įsipareigojimų pagal </w:t>
      </w:r>
      <w:r w:rsidR="00FA3C7E" w:rsidRPr="005E6C5B">
        <w:rPr>
          <w:lang w:val="lt-LT"/>
        </w:rPr>
        <w:t>S</w:t>
      </w:r>
      <w:r w:rsidR="00FF1FB7" w:rsidRPr="005E6C5B">
        <w:rPr>
          <w:lang w:val="lt-LT"/>
        </w:rPr>
        <w:t>utartį įvykdymo.</w:t>
      </w:r>
    </w:p>
    <w:p w14:paraId="6D765B8E" w14:textId="0BC12918" w:rsidR="00001131" w:rsidRPr="005E6C5B" w:rsidRDefault="00DB420C" w:rsidP="00F476FB">
      <w:pPr>
        <w:ind w:firstLine="720"/>
        <w:jc w:val="both"/>
        <w:rPr>
          <w:lang w:val="lt-LT"/>
        </w:rPr>
      </w:pPr>
      <w:r w:rsidRPr="005E6C5B">
        <w:rPr>
          <w:lang w:val="lt-LT"/>
        </w:rPr>
        <w:t>7</w:t>
      </w:r>
      <w:r w:rsidR="007B6347" w:rsidRPr="005E6C5B">
        <w:rPr>
          <w:lang w:val="lt-LT"/>
        </w:rPr>
        <w:t>8</w:t>
      </w:r>
      <w:r w:rsidRPr="005E6C5B">
        <w:rPr>
          <w:lang w:val="lt-LT"/>
        </w:rPr>
        <w:t>.</w:t>
      </w:r>
      <w:r w:rsidR="00FF1FB7" w:rsidRPr="005E6C5B">
        <w:rPr>
          <w:lang w:val="lt-LT"/>
        </w:rPr>
        <w:t xml:space="preserve"> </w:t>
      </w:r>
      <w:r w:rsidR="00FA3C7E" w:rsidRPr="005E6C5B">
        <w:rPr>
          <w:lang w:val="lt-LT"/>
        </w:rPr>
        <w:t>S</w:t>
      </w:r>
      <w:r w:rsidR="00FF1FB7" w:rsidRPr="005E6C5B">
        <w:rPr>
          <w:lang w:val="lt-LT"/>
        </w:rPr>
        <w:t>utartis gali būti pasirašoma kvalifikuotu elektroniniu parašu ar kitomis Nuostatuose leidžiamomis elektroninėmis priemonėmis.</w:t>
      </w:r>
    </w:p>
    <w:p w14:paraId="70A34062" w14:textId="4A7AC2B6" w:rsidR="00001131" w:rsidRPr="005E6C5B" w:rsidRDefault="00DB420C" w:rsidP="00F476FB">
      <w:pPr>
        <w:ind w:firstLine="720"/>
        <w:jc w:val="both"/>
        <w:rPr>
          <w:lang w:val="lt-LT"/>
        </w:rPr>
      </w:pPr>
      <w:r w:rsidRPr="005E6C5B">
        <w:rPr>
          <w:lang w:val="lt-LT"/>
        </w:rPr>
        <w:t>7</w:t>
      </w:r>
      <w:r w:rsidR="007B6347" w:rsidRPr="005E6C5B">
        <w:rPr>
          <w:lang w:val="lt-LT"/>
        </w:rPr>
        <w:t>9</w:t>
      </w:r>
      <w:r w:rsidRPr="005E6C5B">
        <w:rPr>
          <w:lang w:val="lt-LT"/>
        </w:rPr>
        <w:t>.</w:t>
      </w:r>
      <w:r w:rsidR="00FF1FB7" w:rsidRPr="005E6C5B">
        <w:rPr>
          <w:lang w:val="lt-LT"/>
        </w:rPr>
        <w:t xml:space="preserve"> Šalys apie pasikeitusius </w:t>
      </w:r>
      <w:r w:rsidR="00FA3C7E" w:rsidRPr="005E6C5B">
        <w:rPr>
          <w:lang w:val="lt-LT"/>
        </w:rPr>
        <w:t>S</w:t>
      </w:r>
      <w:r w:rsidR="00FF1FB7" w:rsidRPr="005E6C5B">
        <w:rPr>
          <w:lang w:val="lt-LT"/>
        </w:rPr>
        <w:t>utartyje nurodytus rekvizitus, kontaktinius duomenis ar atsiskaitomąsias sąskaitas privalo informuoti viena kitą raštu.</w:t>
      </w:r>
    </w:p>
    <w:p w14:paraId="41E9DBB9" w14:textId="64410365" w:rsidR="00001131" w:rsidRPr="005E6C5B" w:rsidRDefault="007B6347" w:rsidP="00F476FB">
      <w:pPr>
        <w:ind w:firstLine="720"/>
        <w:jc w:val="both"/>
        <w:rPr>
          <w:lang w:val="lt-LT"/>
        </w:rPr>
      </w:pPr>
      <w:r w:rsidRPr="005E6C5B">
        <w:rPr>
          <w:lang w:val="lt-LT"/>
        </w:rPr>
        <w:lastRenderedPageBreak/>
        <w:t>80</w:t>
      </w:r>
      <w:r w:rsidR="00FF1FB7" w:rsidRPr="005E6C5B">
        <w:rPr>
          <w:lang w:val="lt-LT"/>
        </w:rPr>
        <w:t xml:space="preserve">. </w:t>
      </w:r>
      <w:r w:rsidR="00FA3C7E" w:rsidRPr="005E6C5B">
        <w:rPr>
          <w:lang w:val="lt-LT"/>
        </w:rPr>
        <w:t>S</w:t>
      </w:r>
      <w:r w:rsidR="00FF1FB7" w:rsidRPr="005E6C5B">
        <w:rPr>
          <w:lang w:val="lt-LT"/>
        </w:rPr>
        <w:t>utarties priedai:</w:t>
      </w:r>
    </w:p>
    <w:p w14:paraId="439F263E" w14:textId="30C9DCC1" w:rsidR="00001131" w:rsidRPr="005E6C5B" w:rsidRDefault="007B6347" w:rsidP="00F476FB">
      <w:pPr>
        <w:ind w:firstLine="720"/>
        <w:jc w:val="both"/>
        <w:rPr>
          <w:lang w:val="lt-LT"/>
        </w:rPr>
      </w:pPr>
      <w:r w:rsidRPr="005E6C5B">
        <w:rPr>
          <w:lang w:val="lt-LT"/>
        </w:rPr>
        <w:t>80</w:t>
      </w:r>
      <w:r w:rsidR="00FF1FB7" w:rsidRPr="005E6C5B">
        <w:rPr>
          <w:lang w:val="lt-LT"/>
        </w:rPr>
        <w:t>.1. Programos išlaidų sąmat</w:t>
      </w:r>
      <w:r w:rsidR="002E1BDD" w:rsidRPr="005E6C5B">
        <w:rPr>
          <w:lang w:val="lt-LT"/>
        </w:rPr>
        <w:t xml:space="preserve">os forma </w:t>
      </w:r>
      <w:r w:rsidR="00FF1FB7" w:rsidRPr="005E6C5B">
        <w:rPr>
          <w:lang w:val="lt-LT"/>
        </w:rPr>
        <w:t>(1 priedas);</w:t>
      </w:r>
    </w:p>
    <w:p w14:paraId="4B8AF0CA" w14:textId="2C535F9C" w:rsidR="00001131" w:rsidRPr="005E6C5B" w:rsidRDefault="007B6347" w:rsidP="00F476FB">
      <w:pPr>
        <w:ind w:firstLine="720"/>
        <w:jc w:val="both"/>
        <w:rPr>
          <w:lang w:val="lt-LT"/>
        </w:rPr>
      </w:pPr>
      <w:r w:rsidRPr="005E6C5B">
        <w:rPr>
          <w:lang w:val="lt-LT"/>
        </w:rPr>
        <w:t>80</w:t>
      </w:r>
      <w:r w:rsidR="00FF1FB7" w:rsidRPr="005E6C5B">
        <w:rPr>
          <w:lang w:val="lt-LT"/>
        </w:rPr>
        <w:t>.2. Programos veiklos detali išlaidų sąmata (2 priedas);</w:t>
      </w:r>
    </w:p>
    <w:p w14:paraId="2C444E2D" w14:textId="67BE3454" w:rsidR="00001131" w:rsidRPr="005E6C5B" w:rsidRDefault="007B6347" w:rsidP="00F476FB">
      <w:pPr>
        <w:ind w:firstLine="720"/>
        <w:jc w:val="both"/>
        <w:rPr>
          <w:lang w:val="lt-LT"/>
        </w:rPr>
      </w:pPr>
      <w:r w:rsidRPr="005E6C5B">
        <w:rPr>
          <w:lang w:val="lt-LT"/>
        </w:rPr>
        <w:t>80</w:t>
      </w:r>
      <w:r w:rsidR="00FF1FB7" w:rsidRPr="005E6C5B">
        <w:rPr>
          <w:lang w:val="lt-LT"/>
        </w:rPr>
        <w:t xml:space="preserve">.3. </w:t>
      </w:r>
      <w:bookmarkStart w:id="0" w:name="_Hlk239609861"/>
      <w:r w:rsidR="00F34D7F" w:rsidRPr="005E6C5B">
        <w:rPr>
          <w:lang w:val="lt-LT"/>
        </w:rPr>
        <w:t>Programos įvykdymo rezultatų ataskaita</w:t>
      </w:r>
      <w:bookmarkEnd w:id="0"/>
      <w:r w:rsidR="00F34D7F" w:rsidRPr="005E6C5B">
        <w:rPr>
          <w:lang w:val="lt-LT"/>
        </w:rPr>
        <w:t xml:space="preserve"> </w:t>
      </w:r>
      <w:r w:rsidR="00FF1FB7" w:rsidRPr="005E6C5B">
        <w:rPr>
          <w:lang w:val="lt-LT"/>
        </w:rPr>
        <w:t>(3 priedas);</w:t>
      </w:r>
    </w:p>
    <w:p w14:paraId="5377D130" w14:textId="011B028E" w:rsidR="00001131" w:rsidRPr="005E6C5B" w:rsidRDefault="007B6347" w:rsidP="00F34D7F">
      <w:pPr>
        <w:spacing w:line="360" w:lineRule="auto"/>
        <w:ind w:firstLine="720"/>
        <w:jc w:val="both"/>
        <w:rPr>
          <w:lang w:val="lt-LT"/>
        </w:rPr>
      </w:pPr>
      <w:r w:rsidRPr="005E6C5B">
        <w:rPr>
          <w:lang w:val="lt-LT"/>
        </w:rPr>
        <w:t>80</w:t>
      </w:r>
      <w:r w:rsidR="00FF1FB7" w:rsidRPr="005E6C5B">
        <w:rPr>
          <w:lang w:val="lt-LT"/>
        </w:rPr>
        <w:t xml:space="preserve">.4. </w:t>
      </w:r>
      <w:r w:rsidR="00F34D7F" w:rsidRPr="005E6C5B">
        <w:rPr>
          <w:lang w:val="lt-LT"/>
        </w:rPr>
        <w:t xml:space="preserve">Biudžeto lėšų panaudojimo ataskaita </w:t>
      </w:r>
      <w:r w:rsidR="00FF1FB7" w:rsidRPr="005E6C5B">
        <w:rPr>
          <w:lang w:val="lt-LT"/>
        </w:rPr>
        <w:t>(</w:t>
      </w:r>
      <w:r w:rsidR="00FF1FB7" w:rsidRPr="00B760C0">
        <w:rPr>
          <w:lang w:val="lt-LT"/>
        </w:rPr>
        <w:t>4</w:t>
      </w:r>
      <w:r w:rsidR="00FF1FB7" w:rsidRPr="005E6C5B">
        <w:rPr>
          <w:lang w:val="lt-LT"/>
        </w:rPr>
        <w:t xml:space="preserve"> priedas).</w:t>
      </w:r>
    </w:p>
    <w:p w14:paraId="043DB1C5" w14:textId="77777777" w:rsidR="00F34D7F" w:rsidRPr="005E6C5B" w:rsidRDefault="00F34D7F" w:rsidP="00F34D7F">
      <w:pPr>
        <w:spacing w:line="360" w:lineRule="auto"/>
        <w:ind w:firstLine="720"/>
        <w:jc w:val="both"/>
        <w:rPr>
          <w:lang w:val="lt-LT"/>
        </w:rPr>
      </w:pPr>
    </w:p>
    <w:p w14:paraId="32A1CF29" w14:textId="77777777" w:rsidR="00810357" w:rsidRPr="005E6C5B" w:rsidRDefault="00810357" w:rsidP="00DB420C">
      <w:pPr>
        <w:jc w:val="center"/>
        <w:rPr>
          <w:b/>
          <w:bCs/>
          <w:lang w:val="lt-LT"/>
        </w:rPr>
      </w:pPr>
      <w:r w:rsidRPr="005E6C5B">
        <w:rPr>
          <w:b/>
          <w:bCs/>
          <w:lang w:val="lt-LT"/>
        </w:rPr>
        <w:t>XII SKYRIUS</w:t>
      </w:r>
      <w:r w:rsidRPr="005E6C5B">
        <w:rPr>
          <w:b/>
          <w:bCs/>
          <w:lang w:val="lt-LT"/>
        </w:rPr>
        <w:br/>
        <w:t>ŠALIŲ REKVIZITAI IR PARAŠAI</w:t>
      </w:r>
    </w:p>
    <w:p w14:paraId="04951E1B" w14:textId="77777777" w:rsidR="00810357" w:rsidRPr="005E6C5B" w:rsidRDefault="00810357" w:rsidP="00F476FB">
      <w:pPr>
        <w:ind w:firstLine="720"/>
        <w:contextualSpacing/>
        <w:rPr>
          <w:b/>
          <w:lang w:val="lt-LT"/>
        </w:rPr>
      </w:pPr>
    </w:p>
    <w:tbl>
      <w:tblPr>
        <w:tblW w:w="8779" w:type="dxa"/>
        <w:tblLook w:val="04A0" w:firstRow="1" w:lastRow="0" w:firstColumn="1" w:lastColumn="0" w:noHBand="0" w:noVBand="1"/>
      </w:tblPr>
      <w:tblGrid>
        <w:gridCol w:w="222"/>
        <w:gridCol w:w="4423"/>
        <w:gridCol w:w="4134"/>
      </w:tblGrid>
      <w:tr w:rsidR="005E6C5B" w:rsidRPr="005E6C5B" w14:paraId="520822A8" w14:textId="77777777" w:rsidTr="00DB420C">
        <w:trPr>
          <w:trHeight w:val="342"/>
        </w:trPr>
        <w:tc>
          <w:tcPr>
            <w:tcW w:w="208" w:type="dxa"/>
          </w:tcPr>
          <w:p w14:paraId="67B0ACDA" w14:textId="77777777" w:rsidR="00810357" w:rsidRPr="005E6C5B" w:rsidRDefault="00810357" w:rsidP="00F476FB">
            <w:pPr>
              <w:ind w:firstLine="720"/>
              <w:contextualSpacing/>
              <w:rPr>
                <w:bCs/>
                <w:szCs w:val="24"/>
                <w:lang w:val="lt-LT"/>
              </w:rPr>
            </w:pPr>
          </w:p>
        </w:tc>
        <w:tc>
          <w:tcPr>
            <w:tcW w:w="4432" w:type="dxa"/>
          </w:tcPr>
          <w:p w14:paraId="7FE40620" w14:textId="77777777" w:rsidR="00810357" w:rsidRPr="005E6C5B" w:rsidRDefault="00810357" w:rsidP="00F476FB">
            <w:pPr>
              <w:contextualSpacing/>
              <w:rPr>
                <w:bCs/>
                <w:szCs w:val="24"/>
                <w:lang w:val="lt-LT"/>
              </w:rPr>
            </w:pPr>
            <w:r w:rsidRPr="005E6C5B">
              <w:rPr>
                <w:bCs/>
                <w:szCs w:val="24"/>
                <w:lang w:val="lt-LT"/>
              </w:rPr>
              <w:t>Savivaldybės administracija</w:t>
            </w:r>
          </w:p>
        </w:tc>
        <w:tc>
          <w:tcPr>
            <w:tcW w:w="4139" w:type="dxa"/>
          </w:tcPr>
          <w:p w14:paraId="69CBFF25" w14:textId="77777777" w:rsidR="00810357" w:rsidRPr="005E6C5B" w:rsidRDefault="00810357" w:rsidP="00F476FB">
            <w:pPr>
              <w:contextualSpacing/>
              <w:rPr>
                <w:szCs w:val="24"/>
                <w:lang w:val="lt-LT"/>
              </w:rPr>
            </w:pPr>
            <w:r w:rsidRPr="005E6C5B">
              <w:rPr>
                <w:szCs w:val="24"/>
                <w:lang w:val="lt-LT"/>
              </w:rPr>
              <w:t>Programos vykdytojas</w:t>
            </w:r>
          </w:p>
        </w:tc>
      </w:tr>
      <w:tr w:rsidR="005E6C5B" w:rsidRPr="005E6C5B" w14:paraId="5E602B5D" w14:textId="77777777" w:rsidTr="00DB420C">
        <w:trPr>
          <w:trHeight w:val="362"/>
        </w:trPr>
        <w:tc>
          <w:tcPr>
            <w:tcW w:w="208" w:type="dxa"/>
          </w:tcPr>
          <w:p w14:paraId="1D26564F" w14:textId="77777777" w:rsidR="00810357" w:rsidRPr="005E6C5B" w:rsidRDefault="00810357" w:rsidP="00F476FB">
            <w:pPr>
              <w:ind w:firstLine="720"/>
              <w:contextualSpacing/>
              <w:rPr>
                <w:szCs w:val="24"/>
                <w:lang w:val="lt-LT"/>
              </w:rPr>
            </w:pPr>
          </w:p>
        </w:tc>
        <w:tc>
          <w:tcPr>
            <w:tcW w:w="4432" w:type="dxa"/>
          </w:tcPr>
          <w:p w14:paraId="62C9CEEB" w14:textId="77777777" w:rsidR="00810357" w:rsidRPr="005E6C5B" w:rsidRDefault="00810357" w:rsidP="00F476FB">
            <w:pPr>
              <w:contextualSpacing/>
              <w:rPr>
                <w:szCs w:val="24"/>
                <w:lang w:val="lt-LT"/>
              </w:rPr>
            </w:pPr>
            <w:r w:rsidRPr="005E6C5B">
              <w:rPr>
                <w:szCs w:val="24"/>
                <w:lang w:val="lt-LT"/>
              </w:rPr>
              <w:t xml:space="preserve">Panevėžio miesto savivaldybės administracija </w:t>
            </w:r>
          </w:p>
        </w:tc>
        <w:tc>
          <w:tcPr>
            <w:tcW w:w="4139" w:type="dxa"/>
          </w:tcPr>
          <w:p w14:paraId="7313EC61" w14:textId="77777777" w:rsidR="00810357" w:rsidRPr="005E6C5B" w:rsidRDefault="00810357" w:rsidP="00F476FB">
            <w:pPr>
              <w:contextualSpacing/>
              <w:rPr>
                <w:szCs w:val="24"/>
                <w:lang w:val="lt-LT"/>
              </w:rPr>
            </w:pPr>
            <w:r w:rsidRPr="005E6C5B">
              <w:rPr>
                <w:szCs w:val="24"/>
                <w:lang w:val="lt-LT"/>
              </w:rPr>
              <w:t>[</w:t>
            </w:r>
            <w:r w:rsidRPr="005E6C5B">
              <w:rPr>
                <w:i/>
                <w:iCs/>
                <w:szCs w:val="24"/>
                <w:lang w:val="lt-LT"/>
              </w:rPr>
              <w:t>Juridinio asmens pavadinimas</w:t>
            </w:r>
            <w:r w:rsidRPr="005E6C5B">
              <w:rPr>
                <w:szCs w:val="24"/>
                <w:lang w:val="lt-LT"/>
              </w:rPr>
              <w:t xml:space="preserve">] </w:t>
            </w:r>
          </w:p>
        </w:tc>
      </w:tr>
      <w:tr w:rsidR="005E6C5B" w:rsidRPr="005E6C5B" w14:paraId="682502BE" w14:textId="77777777" w:rsidTr="00DB420C">
        <w:trPr>
          <w:trHeight w:val="352"/>
        </w:trPr>
        <w:tc>
          <w:tcPr>
            <w:tcW w:w="208" w:type="dxa"/>
          </w:tcPr>
          <w:p w14:paraId="2A6C7ECE" w14:textId="77777777" w:rsidR="00810357" w:rsidRPr="005E6C5B" w:rsidRDefault="00810357" w:rsidP="00F476FB">
            <w:pPr>
              <w:ind w:firstLine="720"/>
              <w:contextualSpacing/>
              <w:rPr>
                <w:szCs w:val="24"/>
                <w:lang w:val="lt-LT"/>
              </w:rPr>
            </w:pPr>
          </w:p>
        </w:tc>
        <w:tc>
          <w:tcPr>
            <w:tcW w:w="4432" w:type="dxa"/>
          </w:tcPr>
          <w:p w14:paraId="1F496D85" w14:textId="77777777" w:rsidR="00810357" w:rsidRPr="005E6C5B" w:rsidRDefault="00810357" w:rsidP="00F476FB">
            <w:pPr>
              <w:contextualSpacing/>
              <w:rPr>
                <w:szCs w:val="24"/>
                <w:lang w:val="lt-LT"/>
              </w:rPr>
            </w:pPr>
            <w:r w:rsidRPr="005E6C5B">
              <w:rPr>
                <w:szCs w:val="24"/>
                <w:lang w:val="lt-LT"/>
              </w:rPr>
              <w:t>Laisvės a. 20, LT-35200 Panevėžys</w:t>
            </w:r>
          </w:p>
        </w:tc>
        <w:tc>
          <w:tcPr>
            <w:tcW w:w="4139" w:type="dxa"/>
          </w:tcPr>
          <w:p w14:paraId="5EFB4222" w14:textId="77777777" w:rsidR="00810357" w:rsidRPr="005E6C5B" w:rsidRDefault="00810357" w:rsidP="00F476FB">
            <w:pPr>
              <w:contextualSpacing/>
              <w:rPr>
                <w:szCs w:val="24"/>
                <w:lang w:val="lt-LT"/>
              </w:rPr>
            </w:pPr>
            <w:r w:rsidRPr="005E6C5B">
              <w:rPr>
                <w:szCs w:val="24"/>
                <w:lang w:val="lt-LT"/>
              </w:rPr>
              <w:t>[</w:t>
            </w:r>
            <w:r w:rsidRPr="005E6C5B">
              <w:rPr>
                <w:i/>
                <w:iCs/>
                <w:szCs w:val="24"/>
                <w:lang w:val="lt-LT"/>
              </w:rPr>
              <w:t>Juridinio asmens adresas</w:t>
            </w:r>
            <w:r w:rsidRPr="005E6C5B">
              <w:rPr>
                <w:szCs w:val="24"/>
                <w:lang w:val="lt-LT"/>
              </w:rPr>
              <w:t xml:space="preserve">] </w:t>
            </w:r>
          </w:p>
        </w:tc>
      </w:tr>
      <w:tr w:rsidR="005E6C5B" w:rsidRPr="005E6C5B" w14:paraId="0343D384" w14:textId="77777777" w:rsidTr="00DB420C">
        <w:trPr>
          <w:trHeight w:val="427"/>
        </w:trPr>
        <w:tc>
          <w:tcPr>
            <w:tcW w:w="208" w:type="dxa"/>
          </w:tcPr>
          <w:p w14:paraId="6EE71E8B" w14:textId="77777777" w:rsidR="00810357" w:rsidRPr="005E6C5B" w:rsidRDefault="00810357" w:rsidP="00F476FB">
            <w:pPr>
              <w:ind w:firstLine="720"/>
              <w:contextualSpacing/>
              <w:rPr>
                <w:szCs w:val="24"/>
                <w:lang w:val="lt-LT"/>
              </w:rPr>
            </w:pPr>
          </w:p>
        </w:tc>
        <w:tc>
          <w:tcPr>
            <w:tcW w:w="4432" w:type="dxa"/>
          </w:tcPr>
          <w:p w14:paraId="338BAD70" w14:textId="77777777" w:rsidR="00810357" w:rsidRPr="005E6C5B" w:rsidRDefault="00810357" w:rsidP="00F476FB">
            <w:pPr>
              <w:contextualSpacing/>
              <w:rPr>
                <w:szCs w:val="24"/>
                <w:lang w:val="lt-LT"/>
              </w:rPr>
            </w:pPr>
            <w:r w:rsidRPr="005E6C5B">
              <w:rPr>
                <w:szCs w:val="24"/>
                <w:lang w:val="lt-LT"/>
              </w:rPr>
              <w:t>Įstaigos kodas 288724610</w:t>
            </w:r>
          </w:p>
        </w:tc>
        <w:tc>
          <w:tcPr>
            <w:tcW w:w="4139" w:type="dxa"/>
          </w:tcPr>
          <w:p w14:paraId="10896DBE" w14:textId="77777777" w:rsidR="00810357" w:rsidRPr="005E6C5B" w:rsidRDefault="00810357" w:rsidP="00F476FB">
            <w:pPr>
              <w:contextualSpacing/>
              <w:rPr>
                <w:szCs w:val="24"/>
                <w:lang w:val="lt-LT"/>
              </w:rPr>
            </w:pPr>
            <w:r w:rsidRPr="005E6C5B">
              <w:rPr>
                <w:szCs w:val="24"/>
                <w:lang w:val="lt-LT"/>
              </w:rPr>
              <w:t>Juridinio asmens kodas [</w:t>
            </w:r>
            <w:r w:rsidRPr="005E6C5B">
              <w:rPr>
                <w:i/>
                <w:iCs/>
                <w:szCs w:val="24"/>
                <w:lang w:val="lt-LT"/>
              </w:rPr>
              <w:t>kodas</w:t>
            </w:r>
            <w:r w:rsidRPr="005E6C5B">
              <w:rPr>
                <w:szCs w:val="24"/>
                <w:lang w:val="lt-LT"/>
              </w:rPr>
              <w:t xml:space="preserve">] </w:t>
            </w:r>
          </w:p>
        </w:tc>
      </w:tr>
      <w:tr w:rsidR="005E6C5B" w:rsidRPr="005E6C5B" w14:paraId="5A0ED67F" w14:textId="77777777" w:rsidTr="00DB420C">
        <w:trPr>
          <w:trHeight w:val="348"/>
        </w:trPr>
        <w:tc>
          <w:tcPr>
            <w:tcW w:w="208" w:type="dxa"/>
          </w:tcPr>
          <w:p w14:paraId="5C1618FD" w14:textId="77777777" w:rsidR="00810357" w:rsidRPr="005E6C5B" w:rsidRDefault="00810357" w:rsidP="00F476FB">
            <w:pPr>
              <w:ind w:firstLine="720"/>
              <w:contextualSpacing/>
              <w:rPr>
                <w:szCs w:val="24"/>
                <w:lang w:val="lt-LT"/>
              </w:rPr>
            </w:pPr>
          </w:p>
        </w:tc>
        <w:tc>
          <w:tcPr>
            <w:tcW w:w="4432" w:type="dxa"/>
            <w:vAlign w:val="bottom"/>
          </w:tcPr>
          <w:p w14:paraId="56C977EE" w14:textId="77777777" w:rsidR="00810357" w:rsidRPr="005E6C5B" w:rsidRDefault="00810357" w:rsidP="00F476FB">
            <w:pPr>
              <w:contextualSpacing/>
              <w:rPr>
                <w:szCs w:val="24"/>
                <w:lang w:val="lt-LT"/>
              </w:rPr>
            </w:pPr>
            <w:r w:rsidRPr="005E6C5B">
              <w:rPr>
                <w:szCs w:val="24"/>
                <w:lang w:val="lt-LT"/>
              </w:rPr>
              <w:t>A. s. LT 637300010002387935</w:t>
            </w:r>
          </w:p>
        </w:tc>
        <w:tc>
          <w:tcPr>
            <w:tcW w:w="4139" w:type="dxa"/>
            <w:vAlign w:val="bottom"/>
          </w:tcPr>
          <w:p w14:paraId="0A0AC406" w14:textId="77777777" w:rsidR="00810357" w:rsidRPr="005E6C5B" w:rsidRDefault="00810357" w:rsidP="00F476FB">
            <w:pPr>
              <w:contextualSpacing/>
              <w:rPr>
                <w:szCs w:val="24"/>
                <w:lang w:val="lt-LT"/>
              </w:rPr>
            </w:pPr>
            <w:r w:rsidRPr="005E6C5B">
              <w:rPr>
                <w:szCs w:val="24"/>
                <w:lang w:val="lt-LT"/>
              </w:rPr>
              <w:t>A. s. [</w:t>
            </w:r>
            <w:r w:rsidRPr="005E6C5B">
              <w:rPr>
                <w:i/>
                <w:iCs/>
                <w:szCs w:val="24"/>
                <w:lang w:val="lt-LT"/>
              </w:rPr>
              <w:t>sąskaitos numeris</w:t>
            </w:r>
            <w:r w:rsidRPr="005E6C5B">
              <w:rPr>
                <w:szCs w:val="24"/>
                <w:lang w:val="lt-LT"/>
              </w:rPr>
              <w:t>]</w:t>
            </w:r>
          </w:p>
        </w:tc>
      </w:tr>
      <w:tr w:rsidR="005E6C5B" w:rsidRPr="005E6C5B" w14:paraId="724C1265" w14:textId="77777777" w:rsidTr="00DB420C">
        <w:trPr>
          <w:trHeight w:val="168"/>
        </w:trPr>
        <w:tc>
          <w:tcPr>
            <w:tcW w:w="208" w:type="dxa"/>
            <w:vAlign w:val="bottom"/>
          </w:tcPr>
          <w:p w14:paraId="0647A872" w14:textId="77777777" w:rsidR="00810357" w:rsidRPr="005E6C5B" w:rsidRDefault="00810357" w:rsidP="00F476FB">
            <w:pPr>
              <w:ind w:firstLine="720"/>
              <w:contextualSpacing/>
              <w:rPr>
                <w:szCs w:val="24"/>
                <w:lang w:val="lt-LT"/>
              </w:rPr>
            </w:pPr>
          </w:p>
        </w:tc>
        <w:tc>
          <w:tcPr>
            <w:tcW w:w="4432" w:type="dxa"/>
          </w:tcPr>
          <w:p w14:paraId="0615DCE2" w14:textId="77777777" w:rsidR="00810357" w:rsidRPr="005E6C5B" w:rsidRDefault="00810357" w:rsidP="00F476FB">
            <w:pPr>
              <w:contextualSpacing/>
              <w:rPr>
                <w:szCs w:val="24"/>
                <w:lang w:val="lt-LT"/>
              </w:rPr>
            </w:pPr>
            <w:r w:rsidRPr="005E6C5B">
              <w:rPr>
                <w:szCs w:val="24"/>
                <w:lang w:val="lt-LT"/>
              </w:rPr>
              <w:t>Bankas AB „Swedbank“</w:t>
            </w:r>
          </w:p>
        </w:tc>
        <w:tc>
          <w:tcPr>
            <w:tcW w:w="4139" w:type="dxa"/>
          </w:tcPr>
          <w:p w14:paraId="0FC777D0" w14:textId="77777777" w:rsidR="00810357" w:rsidRPr="005E6C5B" w:rsidRDefault="00810357" w:rsidP="00F476FB">
            <w:pPr>
              <w:contextualSpacing/>
              <w:rPr>
                <w:szCs w:val="24"/>
                <w:lang w:val="lt-LT"/>
              </w:rPr>
            </w:pPr>
            <w:r w:rsidRPr="005E6C5B">
              <w:rPr>
                <w:szCs w:val="24"/>
                <w:lang w:val="lt-LT"/>
              </w:rPr>
              <w:t>Bankas [</w:t>
            </w:r>
            <w:r w:rsidRPr="005E6C5B">
              <w:rPr>
                <w:i/>
                <w:iCs/>
                <w:szCs w:val="24"/>
                <w:lang w:val="lt-LT"/>
              </w:rPr>
              <w:t>banko pavadinimas</w:t>
            </w:r>
            <w:r w:rsidRPr="005E6C5B">
              <w:rPr>
                <w:szCs w:val="24"/>
                <w:lang w:val="lt-LT"/>
              </w:rPr>
              <w:t>]</w:t>
            </w:r>
          </w:p>
        </w:tc>
      </w:tr>
      <w:tr w:rsidR="005E6C5B" w:rsidRPr="005E6C5B" w14:paraId="211CA72C" w14:textId="77777777" w:rsidTr="00DB420C">
        <w:trPr>
          <w:trHeight w:val="342"/>
        </w:trPr>
        <w:tc>
          <w:tcPr>
            <w:tcW w:w="208" w:type="dxa"/>
          </w:tcPr>
          <w:p w14:paraId="6B6A907E" w14:textId="77777777" w:rsidR="00810357" w:rsidRPr="005E6C5B" w:rsidRDefault="00810357" w:rsidP="00F476FB">
            <w:pPr>
              <w:ind w:firstLine="720"/>
              <w:contextualSpacing/>
              <w:rPr>
                <w:szCs w:val="24"/>
                <w:lang w:val="lt-LT"/>
              </w:rPr>
            </w:pPr>
          </w:p>
        </w:tc>
        <w:tc>
          <w:tcPr>
            <w:tcW w:w="4432" w:type="dxa"/>
          </w:tcPr>
          <w:p w14:paraId="72362FE0" w14:textId="77777777" w:rsidR="00810357" w:rsidRPr="005E6C5B" w:rsidRDefault="00810357" w:rsidP="00F476FB">
            <w:pPr>
              <w:contextualSpacing/>
              <w:rPr>
                <w:szCs w:val="24"/>
                <w:lang w:val="lt-LT"/>
              </w:rPr>
            </w:pPr>
            <w:r w:rsidRPr="005E6C5B">
              <w:rPr>
                <w:szCs w:val="24"/>
                <w:lang w:val="lt-LT"/>
              </w:rPr>
              <w:t>Banko kodas 73000</w:t>
            </w:r>
          </w:p>
        </w:tc>
        <w:tc>
          <w:tcPr>
            <w:tcW w:w="4139" w:type="dxa"/>
          </w:tcPr>
          <w:p w14:paraId="23D79931" w14:textId="77777777" w:rsidR="00810357" w:rsidRPr="005E6C5B" w:rsidRDefault="00810357" w:rsidP="00F476FB">
            <w:pPr>
              <w:contextualSpacing/>
              <w:rPr>
                <w:szCs w:val="24"/>
                <w:lang w:val="lt-LT"/>
              </w:rPr>
            </w:pPr>
            <w:r w:rsidRPr="005E6C5B">
              <w:rPr>
                <w:szCs w:val="24"/>
                <w:lang w:val="lt-LT"/>
              </w:rPr>
              <w:t>Banko kodas [</w:t>
            </w:r>
            <w:r w:rsidRPr="005E6C5B">
              <w:rPr>
                <w:i/>
                <w:iCs/>
                <w:szCs w:val="24"/>
                <w:lang w:val="lt-LT"/>
              </w:rPr>
              <w:t>kodas</w:t>
            </w:r>
            <w:r w:rsidRPr="005E6C5B">
              <w:rPr>
                <w:szCs w:val="24"/>
                <w:lang w:val="lt-LT"/>
              </w:rPr>
              <w:t>]</w:t>
            </w:r>
          </w:p>
        </w:tc>
      </w:tr>
      <w:tr w:rsidR="005E6C5B" w:rsidRPr="005E6C5B" w14:paraId="635D1F9C" w14:textId="77777777" w:rsidTr="00DB420C">
        <w:trPr>
          <w:trHeight w:val="362"/>
        </w:trPr>
        <w:tc>
          <w:tcPr>
            <w:tcW w:w="208" w:type="dxa"/>
          </w:tcPr>
          <w:p w14:paraId="63460991" w14:textId="77777777" w:rsidR="00810357" w:rsidRPr="005E6C5B" w:rsidRDefault="00810357" w:rsidP="00F476FB">
            <w:pPr>
              <w:ind w:firstLine="720"/>
              <w:contextualSpacing/>
              <w:rPr>
                <w:szCs w:val="24"/>
                <w:lang w:val="lt-LT"/>
              </w:rPr>
            </w:pPr>
          </w:p>
        </w:tc>
        <w:tc>
          <w:tcPr>
            <w:tcW w:w="4432" w:type="dxa"/>
          </w:tcPr>
          <w:p w14:paraId="10E9DD90" w14:textId="77777777" w:rsidR="00810357" w:rsidRPr="005E6C5B" w:rsidRDefault="00810357" w:rsidP="00F476FB">
            <w:pPr>
              <w:contextualSpacing/>
              <w:rPr>
                <w:szCs w:val="24"/>
                <w:lang w:val="lt-LT"/>
              </w:rPr>
            </w:pPr>
            <w:r w:rsidRPr="005E6C5B">
              <w:rPr>
                <w:bCs/>
                <w:szCs w:val="24"/>
                <w:lang w:val="lt-LT"/>
              </w:rPr>
              <w:t>Tel. (0 45) 555 001</w:t>
            </w:r>
          </w:p>
        </w:tc>
        <w:tc>
          <w:tcPr>
            <w:tcW w:w="4139" w:type="dxa"/>
          </w:tcPr>
          <w:p w14:paraId="76E5A7A3" w14:textId="77777777" w:rsidR="00810357" w:rsidRPr="005E6C5B" w:rsidRDefault="00810357" w:rsidP="00F476FB">
            <w:pPr>
              <w:contextualSpacing/>
              <w:rPr>
                <w:szCs w:val="24"/>
                <w:lang w:val="lt-LT"/>
              </w:rPr>
            </w:pPr>
            <w:r w:rsidRPr="005E6C5B">
              <w:rPr>
                <w:szCs w:val="24"/>
                <w:lang w:val="lt-LT"/>
              </w:rPr>
              <w:t>Tel. [</w:t>
            </w:r>
            <w:r w:rsidRPr="005E6C5B">
              <w:rPr>
                <w:i/>
                <w:iCs/>
                <w:szCs w:val="24"/>
                <w:lang w:val="lt-LT"/>
              </w:rPr>
              <w:t>numeris</w:t>
            </w:r>
            <w:r w:rsidRPr="005E6C5B">
              <w:rPr>
                <w:szCs w:val="24"/>
                <w:lang w:val="lt-LT"/>
              </w:rPr>
              <w:t>]</w:t>
            </w:r>
          </w:p>
        </w:tc>
      </w:tr>
      <w:tr w:rsidR="005E6C5B" w:rsidRPr="005E6C5B" w14:paraId="7EA55EAD" w14:textId="77777777" w:rsidTr="00DB420C">
        <w:trPr>
          <w:trHeight w:val="342"/>
        </w:trPr>
        <w:tc>
          <w:tcPr>
            <w:tcW w:w="208" w:type="dxa"/>
          </w:tcPr>
          <w:p w14:paraId="06928635" w14:textId="77777777" w:rsidR="00810357" w:rsidRPr="005E6C5B" w:rsidRDefault="00810357" w:rsidP="00F476FB">
            <w:pPr>
              <w:ind w:firstLine="720"/>
              <w:contextualSpacing/>
              <w:rPr>
                <w:szCs w:val="24"/>
                <w:lang w:val="lt-LT"/>
              </w:rPr>
            </w:pPr>
          </w:p>
        </w:tc>
        <w:tc>
          <w:tcPr>
            <w:tcW w:w="4432" w:type="dxa"/>
          </w:tcPr>
          <w:p w14:paraId="3E334D43" w14:textId="77777777" w:rsidR="00810357" w:rsidRPr="005E6C5B" w:rsidRDefault="00810357" w:rsidP="00F476FB">
            <w:pPr>
              <w:contextualSpacing/>
              <w:rPr>
                <w:szCs w:val="24"/>
                <w:lang w:val="lt-LT"/>
              </w:rPr>
            </w:pPr>
            <w:r w:rsidRPr="005E6C5B">
              <w:rPr>
                <w:szCs w:val="24"/>
                <w:lang w:val="lt-LT"/>
              </w:rPr>
              <w:t>El. p. savivaldybe@panevezys.lt</w:t>
            </w:r>
          </w:p>
        </w:tc>
        <w:tc>
          <w:tcPr>
            <w:tcW w:w="4139" w:type="dxa"/>
          </w:tcPr>
          <w:p w14:paraId="5127CB0C" w14:textId="77777777" w:rsidR="00810357" w:rsidRPr="005E6C5B" w:rsidRDefault="00810357" w:rsidP="00F476FB">
            <w:pPr>
              <w:contextualSpacing/>
              <w:rPr>
                <w:szCs w:val="24"/>
                <w:lang w:val="lt-LT"/>
              </w:rPr>
            </w:pPr>
            <w:r w:rsidRPr="005E6C5B">
              <w:rPr>
                <w:szCs w:val="24"/>
                <w:lang w:val="lt-LT"/>
              </w:rPr>
              <w:t>El. p. [</w:t>
            </w:r>
            <w:r w:rsidRPr="005E6C5B">
              <w:rPr>
                <w:i/>
                <w:iCs/>
                <w:szCs w:val="24"/>
                <w:lang w:val="lt-LT"/>
              </w:rPr>
              <w:t>el. p. adresas</w:t>
            </w:r>
            <w:r w:rsidRPr="005E6C5B">
              <w:rPr>
                <w:szCs w:val="24"/>
                <w:lang w:val="lt-LT"/>
              </w:rPr>
              <w:t>]</w:t>
            </w:r>
          </w:p>
        </w:tc>
      </w:tr>
      <w:tr w:rsidR="005E6C5B" w:rsidRPr="005E6C5B" w14:paraId="34677AD5" w14:textId="77777777" w:rsidTr="00DB420C">
        <w:trPr>
          <w:trHeight w:val="400"/>
        </w:trPr>
        <w:tc>
          <w:tcPr>
            <w:tcW w:w="208" w:type="dxa"/>
          </w:tcPr>
          <w:p w14:paraId="292E1274" w14:textId="77777777" w:rsidR="00810357" w:rsidRPr="005E6C5B" w:rsidRDefault="00810357" w:rsidP="00F476FB">
            <w:pPr>
              <w:ind w:firstLine="720"/>
              <w:contextualSpacing/>
              <w:rPr>
                <w:szCs w:val="24"/>
                <w:lang w:val="lt-LT"/>
              </w:rPr>
            </w:pPr>
          </w:p>
        </w:tc>
        <w:tc>
          <w:tcPr>
            <w:tcW w:w="4432" w:type="dxa"/>
          </w:tcPr>
          <w:p w14:paraId="6786AC80" w14:textId="77777777" w:rsidR="00810357" w:rsidRPr="005E6C5B" w:rsidRDefault="00810357" w:rsidP="00F476FB">
            <w:pPr>
              <w:ind w:firstLine="720"/>
              <w:contextualSpacing/>
              <w:rPr>
                <w:szCs w:val="24"/>
                <w:lang w:val="lt-LT"/>
              </w:rPr>
            </w:pPr>
          </w:p>
          <w:p w14:paraId="3494ABD4" w14:textId="77777777" w:rsidR="00810357" w:rsidRPr="005E6C5B" w:rsidRDefault="00810357" w:rsidP="00F476FB">
            <w:pPr>
              <w:contextualSpacing/>
              <w:rPr>
                <w:szCs w:val="24"/>
                <w:lang w:val="lt-LT"/>
              </w:rPr>
            </w:pPr>
            <w:r w:rsidRPr="005E6C5B">
              <w:rPr>
                <w:szCs w:val="24"/>
                <w:lang w:val="lt-LT"/>
              </w:rPr>
              <w:t>Direktorius (-ė) [</w:t>
            </w:r>
            <w:r w:rsidRPr="005E6C5B">
              <w:rPr>
                <w:i/>
                <w:iCs/>
                <w:szCs w:val="24"/>
                <w:lang w:val="lt-LT"/>
              </w:rPr>
              <w:t>vardas, pavardė</w:t>
            </w:r>
            <w:r w:rsidRPr="005E6C5B">
              <w:rPr>
                <w:szCs w:val="24"/>
                <w:lang w:val="lt-LT"/>
              </w:rPr>
              <w:t>]</w:t>
            </w:r>
          </w:p>
          <w:p w14:paraId="4690AB1F" w14:textId="77777777" w:rsidR="00810357" w:rsidRPr="005E6C5B" w:rsidRDefault="00810357" w:rsidP="00F476FB">
            <w:pPr>
              <w:contextualSpacing/>
              <w:rPr>
                <w:szCs w:val="24"/>
                <w:lang w:val="lt-LT"/>
              </w:rPr>
            </w:pPr>
            <w:r w:rsidRPr="005E6C5B">
              <w:rPr>
                <w:szCs w:val="24"/>
                <w:lang w:val="lt-LT"/>
              </w:rPr>
              <w:t>A. V.</w:t>
            </w:r>
          </w:p>
          <w:p w14:paraId="3701AC90" w14:textId="77777777" w:rsidR="00810357" w:rsidRPr="005E6C5B" w:rsidRDefault="00810357" w:rsidP="00F476FB">
            <w:pPr>
              <w:contextualSpacing/>
              <w:rPr>
                <w:szCs w:val="24"/>
                <w:lang w:val="lt-LT"/>
              </w:rPr>
            </w:pPr>
            <w:r w:rsidRPr="005E6C5B">
              <w:rPr>
                <w:szCs w:val="24"/>
                <w:lang w:val="lt-LT"/>
              </w:rPr>
              <w:t>_____________________________</w:t>
            </w:r>
          </w:p>
          <w:p w14:paraId="5645E428" w14:textId="77777777" w:rsidR="00810357" w:rsidRPr="005E6C5B" w:rsidRDefault="00810357" w:rsidP="00F476FB">
            <w:pPr>
              <w:contextualSpacing/>
              <w:rPr>
                <w:i/>
                <w:iCs/>
                <w:szCs w:val="24"/>
                <w:lang w:val="lt-LT"/>
              </w:rPr>
            </w:pPr>
            <w:r w:rsidRPr="005E6C5B">
              <w:rPr>
                <w:i/>
                <w:iCs/>
                <w:szCs w:val="24"/>
                <w:lang w:val="lt-LT"/>
              </w:rPr>
              <w:t>(parašas)</w:t>
            </w:r>
          </w:p>
        </w:tc>
        <w:tc>
          <w:tcPr>
            <w:tcW w:w="4139" w:type="dxa"/>
          </w:tcPr>
          <w:p w14:paraId="524EB62F" w14:textId="77777777" w:rsidR="00810357" w:rsidRPr="005E6C5B" w:rsidRDefault="00810357" w:rsidP="00F476FB">
            <w:pPr>
              <w:contextualSpacing/>
              <w:rPr>
                <w:szCs w:val="24"/>
                <w:lang w:val="lt-LT"/>
              </w:rPr>
            </w:pPr>
          </w:p>
          <w:p w14:paraId="30B0193E" w14:textId="77777777" w:rsidR="00810357" w:rsidRPr="005E6C5B" w:rsidRDefault="00810357" w:rsidP="00F476FB">
            <w:pPr>
              <w:contextualSpacing/>
              <w:rPr>
                <w:szCs w:val="24"/>
                <w:lang w:val="lt-LT"/>
              </w:rPr>
            </w:pPr>
            <w:r w:rsidRPr="005E6C5B">
              <w:rPr>
                <w:szCs w:val="24"/>
                <w:lang w:val="lt-LT"/>
              </w:rPr>
              <w:t>Direktorius (-ė) [</w:t>
            </w:r>
            <w:r w:rsidRPr="005E6C5B">
              <w:rPr>
                <w:i/>
                <w:iCs/>
                <w:szCs w:val="24"/>
                <w:lang w:val="lt-LT"/>
              </w:rPr>
              <w:t>vardas, pavardė</w:t>
            </w:r>
            <w:r w:rsidRPr="005E6C5B">
              <w:rPr>
                <w:szCs w:val="24"/>
                <w:lang w:val="lt-LT"/>
              </w:rPr>
              <w:t>]</w:t>
            </w:r>
          </w:p>
          <w:p w14:paraId="6EC53623" w14:textId="77777777" w:rsidR="00810357" w:rsidRPr="005E6C5B" w:rsidRDefault="00810357" w:rsidP="00F476FB">
            <w:pPr>
              <w:contextualSpacing/>
              <w:rPr>
                <w:szCs w:val="24"/>
                <w:lang w:val="lt-LT"/>
              </w:rPr>
            </w:pPr>
            <w:r w:rsidRPr="005E6C5B">
              <w:rPr>
                <w:szCs w:val="24"/>
                <w:lang w:val="lt-LT"/>
              </w:rPr>
              <w:t>A. V.</w:t>
            </w:r>
          </w:p>
          <w:p w14:paraId="1EBADC05" w14:textId="77777777" w:rsidR="00810357" w:rsidRPr="005E6C5B" w:rsidRDefault="00810357" w:rsidP="00F476FB">
            <w:pPr>
              <w:contextualSpacing/>
              <w:rPr>
                <w:szCs w:val="24"/>
                <w:lang w:val="lt-LT"/>
              </w:rPr>
            </w:pPr>
            <w:r w:rsidRPr="005E6C5B">
              <w:rPr>
                <w:szCs w:val="24"/>
                <w:lang w:val="lt-LT"/>
              </w:rPr>
              <w:t>_____________________________</w:t>
            </w:r>
          </w:p>
          <w:p w14:paraId="2AB06992" w14:textId="5BEE0235" w:rsidR="00810357" w:rsidRPr="005E6C5B" w:rsidRDefault="00810357" w:rsidP="00F476FB">
            <w:pPr>
              <w:contextualSpacing/>
              <w:rPr>
                <w:i/>
                <w:iCs/>
                <w:szCs w:val="24"/>
                <w:lang w:val="lt-LT"/>
              </w:rPr>
            </w:pPr>
            <w:r w:rsidRPr="005E6C5B">
              <w:rPr>
                <w:i/>
                <w:iCs/>
                <w:szCs w:val="24"/>
                <w:lang w:val="lt-LT"/>
              </w:rPr>
              <w:t>(parašas)</w:t>
            </w:r>
          </w:p>
          <w:p w14:paraId="4CCECBA6" w14:textId="77777777" w:rsidR="00810357" w:rsidRPr="005E6C5B" w:rsidRDefault="00810357" w:rsidP="00F476FB">
            <w:pPr>
              <w:contextualSpacing/>
              <w:rPr>
                <w:szCs w:val="24"/>
                <w:lang w:val="lt-LT"/>
              </w:rPr>
            </w:pPr>
          </w:p>
        </w:tc>
      </w:tr>
      <w:tr w:rsidR="00810357" w:rsidRPr="005E6C5B" w14:paraId="0D28EA1C" w14:textId="77777777" w:rsidTr="00DB420C">
        <w:trPr>
          <w:trHeight w:val="703"/>
        </w:trPr>
        <w:tc>
          <w:tcPr>
            <w:tcW w:w="208" w:type="dxa"/>
          </w:tcPr>
          <w:p w14:paraId="00DFFF2C" w14:textId="77777777" w:rsidR="00810357" w:rsidRPr="005E6C5B" w:rsidRDefault="00810357" w:rsidP="00DB420C">
            <w:pPr>
              <w:spacing w:line="360" w:lineRule="auto"/>
              <w:ind w:firstLine="720"/>
              <w:rPr>
                <w:szCs w:val="24"/>
                <w:lang w:val="lt-LT"/>
              </w:rPr>
            </w:pPr>
          </w:p>
        </w:tc>
        <w:tc>
          <w:tcPr>
            <w:tcW w:w="4432" w:type="dxa"/>
          </w:tcPr>
          <w:p w14:paraId="2C4CDA88" w14:textId="77777777" w:rsidR="00810357" w:rsidRPr="005E6C5B" w:rsidRDefault="00810357" w:rsidP="00DB420C">
            <w:pPr>
              <w:spacing w:line="360" w:lineRule="auto"/>
              <w:ind w:firstLine="720"/>
              <w:rPr>
                <w:i/>
                <w:szCs w:val="24"/>
                <w:lang w:val="lt-LT"/>
              </w:rPr>
            </w:pPr>
          </w:p>
        </w:tc>
        <w:tc>
          <w:tcPr>
            <w:tcW w:w="4139" w:type="dxa"/>
          </w:tcPr>
          <w:p w14:paraId="1B6858F2" w14:textId="77777777" w:rsidR="00810357" w:rsidRPr="005E6C5B" w:rsidRDefault="00810357" w:rsidP="00B624B3">
            <w:pPr>
              <w:spacing w:line="360" w:lineRule="auto"/>
              <w:rPr>
                <w:i/>
                <w:szCs w:val="24"/>
                <w:lang w:val="lt-LT"/>
              </w:rPr>
            </w:pPr>
          </w:p>
        </w:tc>
      </w:tr>
    </w:tbl>
    <w:p w14:paraId="14ED2D1A" w14:textId="77777777" w:rsidR="00810357" w:rsidRPr="005E6C5B" w:rsidRDefault="00810357" w:rsidP="00DB420C">
      <w:pPr>
        <w:spacing w:line="360" w:lineRule="auto"/>
        <w:ind w:firstLine="720"/>
        <w:rPr>
          <w:szCs w:val="24"/>
          <w:lang w:val="lt-LT"/>
        </w:rPr>
      </w:pPr>
    </w:p>
    <w:p w14:paraId="69E7F25E" w14:textId="77777777" w:rsidR="00DB420C" w:rsidRPr="005E6C5B" w:rsidRDefault="00810357" w:rsidP="00B624B3">
      <w:pPr>
        <w:spacing w:line="360" w:lineRule="auto"/>
        <w:rPr>
          <w:b/>
          <w:i/>
          <w:lang w:val="lt-LT"/>
        </w:rPr>
      </w:pPr>
      <w:r w:rsidRPr="005E6C5B">
        <w:rPr>
          <w:b/>
          <w:noProof/>
          <w:lang w:val="lt-LT"/>
        </w:rPr>
        <mc:AlternateContent>
          <mc:Choice Requires="wps">
            <w:drawing>
              <wp:anchor distT="4294967294" distB="4294967294" distL="114300" distR="114300" simplePos="0" relativeHeight="251658240" behindDoc="0" locked="0" layoutInCell="1" allowOverlap="1" wp14:anchorId="126BBC83" wp14:editId="4A2B9AB2">
                <wp:simplePos x="0" y="0"/>
                <wp:positionH relativeFrom="column">
                  <wp:posOffset>8890</wp:posOffset>
                </wp:positionH>
                <wp:positionV relativeFrom="paragraph">
                  <wp:posOffset>27939</wp:posOffset>
                </wp:positionV>
                <wp:extent cx="2219325" cy="0"/>
                <wp:effectExtent l="0" t="0" r="28575" b="19050"/>
                <wp:wrapNone/>
                <wp:docPr id="1" name="Tiesioji jungtis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19325" cy="0"/>
                        </a:xfrm>
                        <a:prstGeom prst="line">
                          <a:avLst/>
                        </a:prstGeom>
                        <a:noFill/>
                        <a:ln w="93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line w14:anchorId="3E46BE0C" id="Tiesioji jungtis 1"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7pt,2.2pt" to="175.45pt,2.2p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WX5v9nQIAAHoFAAAOAAAAZHJzL2Uyb0RvYy54bWysVMtu2zAQvBfoPxC8K3pYfgmRg0SWe0lb A0nRMy1SFlOKFEjaslH037ukbaVOL0URGxD4WA5nd2Z5e3doBdozbbiSOY5vIoyYrBTlcpvjb8+r YIaRsURSIpRkOT4yg+8WHz/c9l3GEtUoQZlGACJN1nc5bqztsjA0VcNaYm5UxyRs1kq3xMJUb0Oq SQ/orQiTKJqEvdK006pixsDq8rSJFx6/rlllv9a1YRaJHAM367/afzfuGy5uSbbVpGt4daZB/oNF S7iESweoJbEE7TT/C6rllVZG1famUm2o6ppXzOcA2cTRm2yeGtIxnwsUx3RDmcz7wVZf9muNOAXt MJKkBYmeOQM1Xzh62cmt5QbFrkp9ZzIILuRauzyrg3zqHlX1wyCpiobILfNsn48dQPgT4dURNzEd 3LXpPysKMWRnlS/Zodatg4RioINX5jgoww4WVbCYJPF8lIwxqi57IckuBztt7CemWuQGORZcuqKR jOwfjQXqEHoJcctSrbgQXnghUZ/j+WgS+QNGCU7dpgszersphEZ74qzjf64OAHYV1nILBha8zfFs CCJZwwgtJfW3WMLFaQyHhXTgzFvzRA9mBwtDvw75etv8nEfzclbO0iBNJmWQRstlcL8q0mCyiqfj 5WhZFMv4l2Mdp1nDKWXSEb9YOE7/zSLnZjqZbzDxUKHwGt1nD2Svmd6vxtE0Hc2C6XQ8CtJRGQUP s1UR3BfxZDItH4qH8g3T0mdv3ofsUErHSu1AjaeG9ohy54XReJ6AsSmHlk+mJ30QEVt4qyqrMdLK fue28dZ1pnMYV8LPIvc/Cz+gnwpx0dDNBhXOub2WCjS/6Os7wjXBqZ02ih7X2nnKNQc0uD90fozc C/Ln3Ee9PpmL3wAAAP//AwBQSwMEFAAGAAgAAAAhALEJZzDbAAAABQEAAA8AAABkcnMvZG93bnJl di54bWxMjstOwzAQRfdI/IM1SGwQdQqlatM4FQ/BggUSfewn8ZBExOMQO23g6xnYwGp0dK/unGw9 ulYdqA+NZwPTSQKKuPS24crAbvt4uQAVIrLF1jMZ+KQA6/z0JMPU+iO/0mETKyUjHFI0UMfYpVqH siaHYeI7YsnefO8wCvaVtj0eZdy1+ipJ5tphw/Khxo7uayrfN4Mz8DHv9sWXHu4uls/b6WI3OH55 eDLm/Gy8XYGKNMa/Mvzoizrk4lT4gW1QrfBMigZmciS9vkmWoIpf1nmm/9vn3wAAAP//AwBQSwEC LQAUAAYACAAAACEAtoM4kv4AAADhAQAAEwAAAAAAAAAAAAAAAAAAAAAAW0NvbnRlbnRfVHlwZXNd LnhtbFBLAQItABQABgAIAAAAIQA4/SH/1gAAAJQBAAALAAAAAAAAAAAAAAAAAC8BAABfcmVscy8u cmVsc1BLAQItABQABgAIAAAAIQAWX5v9nQIAAHoFAAAOAAAAAAAAAAAAAAAAAC4CAABkcnMvZTJv RG9jLnhtbFBLAQItABQABgAIAAAAIQCxCWcw2wAAAAUBAAAPAAAAAAAAAAAAAAAAAPcEAABkcnMv ZG93bnJldi54bWxQSwUGAAAAAAQABADzAAAA/wUAAAAA " strokeweight=".26mm">
                <v:stroke joinstyle="miter"/>
              </v:line>
            </w:pict>
          </mc:Fallback>
        </mc:AlternateContent>
      </w:r>
      <w:r w:rsidRPr="005E6C5B">
        <w:rPr>
          <w:b/>
          <w:i/>
          <w:lang w:val="lt-LT"/>
        </w:rPr>
        <w:t xml:space="preserve">           (Sutarties kuratoriu</w:t>
      </w:r>
      <w:r w:rsidR="00DB420C" w:rsidRPr="005E6C5B">
        <w:rPr>
          <w:b/>
          <w:i/>
          <w:lang w:val="lt-LT"/>
        </w:rPr>
        <w:t>s)</w:t>
      </w:r>
    </w:p>
    <w:p w14:paraId="0249FBA2" w14:textId="77777777" w:rsidR="004C0F85" w:rsidRPr="005E6C5B" w:rsidRDefault="004C0F85" w:rsidP="00DB420C">
      <w:pPr>
        <w:spacing w:after="120" w:line="360" w:lineRule="auto"/>
        <w:ind w:firstLine="720"/>
        <w:jc w:val="right"/>
        <w:rPr>
          <w:lang w:val="lt-LT"/>
        </w:rPr>
      </w:pPr>
    </w:p>
    <w:sectPr w:rsidR="004C0F85" w:rsidRPr="005E6C5B" w:rsidSect="00F476FB">
      <w:headerReference w:type="default" r:id="rId8"/>
      <w:pgSz w:w="11906" w:h="16838" w:code="9"/>
      <w:pgMar w:top="1134" w:right="567" w:bottom="851"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BFE596" w14:textId="77777777" w:rsidR="00FF7792" w:rsidRDefault="00FF7792">
      <w:r>
        <w:separator/>
      </w:r>
    </w:p>
  </w:endnote>
  <w:endnote w:type="continuationSeparator" w:id="0">
    <w:p w14:paraId="6F6378C8" w14:textId="77777777" w:rsidR="00FF7792" w:rsidRDefault="00FF7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7EEEDE" w14:textId="77777777" w:rsidR="00FF7792" w:rsidRDefault="00FF7792">
      <w:r>
        <w:separator/>
      </w:r>
    </w:p>
  </w:footnote>
  <w:footnote w:type="continuationSeparator" w:id="0">
    <w:p w14:paraId="277413EE" w14:textId="77777777" w:rsidR="00FF7792" w:rsidRDefault="00FF7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7841700"/>
      <w:docPartObj>
        <w:docPartGallery w:val="Page Numbers (Top of Page)"/>
        <w:docPartUnique/>
      </w:docPartObj>
    </w:sdtPr>
    <w:sdtEndPr/>
    <w:sdtContent>
      <w:p w14:paraId="64531474" w14:textId="1552183D" w:rsidR="00F476FB" w:rsidRDefault="00F476FB">
        <w:pPr>
          <w:pStyle w:val="Antrats"/>
          <w:jc w:val="center"/>
        </w:pPr>
        <w:r>
          <w:fldChar w:fldCharType="begin"/>
        </w:r>
        <w:r>
          <w:instrText>PAGE   \* MERGEFORMAT</w:instrText>
        </w:r>
        <w:r>
          <w:fldChar w:fldCharType="separate"/>
        </w:r>
        <w:r>
          <w:rPr>
            <w:lang w:val="lt-LT"/>
          </w:rPr>
          <w:t>2</w:t>
        </w:r>
        <w:r>
          <w:fldChar w:fldCharType="end"/>
        </w:r>
      </w:p>
    </w:sdtContent>
  </w:sdt>
  <w:p w14:paraId="03DDCC5B" w14:textId="77777777" w:rsidR="00F476FB" w:rsidRDefault="00F476FB">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2934"/>
        </w:tabs>
        <w:ind w:left="2934"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25991452"/>
    <w:multiLevelType w:val="multilevel"/>
    <w:tmpl w:val="600655F8"/>
    <w:lvl w:ilvl="0">
      <w:start w:val="1"/>
      <w:numFmt w:val="decimal"/>
      <w:lvlText w:val="%1."/>
      <w:lvlJc w:val="left"/>
      <w:pPr>
        <w:tabs>
          <w:tab w:val="num" w:pos="917"/>
        </w:tabs>
        <w:ind w:left="1637" w:hanging="360"/>
      </w:pPr>
      <w:rPr>
        <w:b w:val="0"/>
        <w:bCs/>
        <w:strike w:val="0"/>
        <w:color w:val="auto"/>
      </w:rPr>
    </w:lvl>
    <w:lvl w:ilvl="1">
      <w:start w:val="1"/>
      <w:numFmt w:val="lowerLetter"/>
      <w:lvlText w:val="%2."/>
      <w:lvlJc w:val="left"/>
      <w:pPr>
        <w:tabs>
          <w:tab w:val="num" w:pos="-360"/>
        </w:tabs>
        <w:ind w:left="1080" w:hanging="360"/>
      </w:pPr>
      <w:rPr>
        <w:strike w:val="0"/>
      </w:rPr>
    </w:lvl>
    <w:lvl w:ilvl="2">
      <w:start w:val="1"/>
      <w:numFmt w:val="lowerRoman"/>
      <w:lvlText w:val="%3."/>
      <w:lvlJc w:val="right"/>
      <w:pPr>
        <w:tabs>
          <w:tab w:val="num" w:pos="-360"/>
        </w:tabs>
        <w:ind w:left="1800" w:hanging="180"/>
      </w:pPr>
    </w:lvl>
    <w:lvl w:ilvl="3">
      <w:start w:val="1"/>
      <w:numFmt w:val="decimal"/>
      <w:lvlText w:val="%4."/>
      <w:lvlJc w:val="left"/>
      <w:pPr>
        <w:tabs>
          <w:tab w:val="num" w:pos="-360"/>
        </w:tabs>
        <w:ind w:left="2520" w:hanging="360"/>
      </w:pPr>
    </w:lvl>
    <w:lvl w:ilvl="4">
      <w:start w:val="1"/>
      <w:numFmt w:val="lowerLetter"/>
      <w:lvlText w:val="%5."/>
      <w:lvlJc w:val="left"/>
      <w:pPr>
        <w:tabs>
          <w:tab w:val="num" w:pos="-360"/>
        </w:tabs>
        <w:ind w:left="3240" w:hanging="360"/>
      </w:pPr>
    </w:lvl>
    <w:lvl w:ilvl="5">
      <w:start w:val="1"/>
      <w:numFmt w:val="lowerRoman"/>
      <w:lvlText w:val="%6."/>
      <w:lvlJc w:val="right"/>
      <w:pPr>
        <w:tabs>
          <w:tab w:val="num" w:pos="-360"/>
        </w:tabs>
        <w:ind w:left="3960" w:hanging="180"/>
      </w:pPr>
    </w:lvl>
    <w:lvl w:ilvl="6">
      <w:start w:val="1"/>
      <w:numFmt w:val="decimal"/>
      <w:lvlText w:val="%7."/>
      <w:lvlJc w:val="left"/>
      <w:pPr>
        <w:tabs>
          <w:tab w:val="num" w:pos="-360"/>
        </w:tabs>
        <w:ind w:left="4680" w:hanging="360"/>
      </w:pPr>
    </w:lvl>
    <w:lvl w:ilvl="7">
      <w:start w:val="1"/>
      <w:numFmt w:val="lowerLetter"/>
      <w:lvlText w:val="%8."/>
      <w:lvlJc w:val="left"/>
      <w:pPr>
        <w:tabs>
          <w:tab w:val="num" w:pos="-360"/>
        </w:tabs>
        <w:ind w:left="5400" w:hanging="360"/>
      </w:pPr>
    </w:lvl>
    <w:lvl w:ilvl="8">
      <w:start w:val="1"/>
      <w:numFmt w:val="lowerRoman"/>
      <w:lvlText w:val="%9."/>
      <w:lvlJc w:val="right"/>
      <w:pPr>
        <w:tabs>
          <w:tab w:val="num" w:pos="-360"/>
        </w:tabs>
        <w:ind w:left="6120" w:hanging="180"/>
      </w:pPr>
    </w:lvl>
  </w:abstractNum>
  <w:num w:numId="1" w16cid:durableId="75565608">
    <w:abstractNumId w:val="8"/>
  </w:num>
  <w:num w:numId="2" w16cid:durableId="885410141">
    <w:abstractNumId w:val="6"/>
  </w:num>
  <w:num w:numId="3" w16cid:durableId="2902686">
    <w:abstractNumId w:val="5"/>
  </w:num>
  <w:num w:numId="4" w16cid:durableId="1603028750">
    <w:abstractNumId w:val="4"/>
  </w:num>
  <w:num w:numId="5" w16cid:durableId="1284267100">
    <w:abstractNumId w:val="7"/>
  </w:num>
  <w:num w:numId="6" w16cid:durableId="1466778281">
    <w:abstractNumId w:val="3"/>
  </w:num>
  <w:num w:numId="7" w16cid:durableId="140199090">
    <w:abstractNumId w:val="2"/>
  </w:num>
  <w:num w:numId="8" w16cid:durableId="1057432073">
    <w:abstractNumId w:val="1"/>
  </w:num>
  <w:num w:numId="9" w16cid:durableId="953710366">
    <w:abstractNumId w:val="0"/>
  </w:num>
  <w:num w:numId="10" w16cid:durableId="188582403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6"/>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131"/>
    <w:rsid w:val="00034616"/>
    <w:rsid w:val="0006063C"/>
    <w:rsid w:val="000E6212"/>
    <w:rsid w:val="000F1866"/>
    <w:rsid w:val="0015074B"/>
    <w:rsid w:val="001A2FC6"/>
    <w:rsid w:val="00207E48"/>
    <w:rsid w:val="00260AC4"/>
    <w:rsid w:val="00285828"/>
    <w:rsid w:val="00292A39"/>
    <w:rsid w:val="0029639D"/>
    <w:rsid w:val="002E1BDD"/>
    <w:rsid w:val="00305AAA"/>
    <w:rsid w:val="00326F90"/>
    <w:rsid w:val="00327994"/>
    <w:rsid w:val="00340898"/>
    <w:rsid w:val="00354C37"/>
    <w:rsid w:val="0038666A"/>
    <w:rsid w:val="003B591B"/>
    <w:rsid w:val="00410DB6"/>
    <w:rsid w:val="00435B64"/>
    <w:rsid w:val="00461E66"/>
    <w:rsid w:val="00480CEC"/>
    <w:rsid w:val="004B4974"/>
    <w:rsid w:val="004C0F85"/>
    <w:rsid w:val="00553219"/>
    <w:rsid w:val="00566896"/>
    <w:rsid w:val="005D72A0"/>
    <w:rsid w:val="005E6C5B"/>
    <w:rsid w:val="00631845"/>
    <w:rsid w:val="0065283C"/>
    <w:rsid w:val="0071638C"/>
    <w:rsid w:val="00717CC0"/>
    <w:rsid w:val="00720831"/>
    <w:rsid w:val="00757671"/>
    <w:rsid w:val="007B4BD6"/>
    <w:rsid w:val="007B6347"/>
    <w:rsid w:val="007E50B8"/>
    <w:rsid w:val="0080209A"/>
    <w:rsid w:val="0080494B"/>
    <w:rsid w:val="00810357"/>
    <w:rsid w:val="008263DF"/>
    <w:rsid w:val="008737D2"/>
    <w:rsid w:val="008B6D31"/>
    <w:rsid w:val="008D42CD"/>
    <w:rsid w:val="0090409A"/>
    <w:rsid w:val="00915278"/>
    <w:rsid w:val="00963BB1"/>
    <w:rsid w:val="00964977"/>
    <w:rsid w:val="009B12F5"/>
    <w:rsid w:val="00A13D55"/>
    <w:rsid w:val="00A50167"/>
    <w:rsid w:val="00AA1D8D"/>
    <w:rsid w:val="00AA7430"/>
    <w:rsid w:val="00AF2966"/>
    <w:rsid w:val="00B339B8"/>
    <w:rsid w:val="00B45661"/>
    <w:rsid w:val="00B47730"/>
    <w:rsid w:val="00B57A74"/>
    <w:rsid w:val="00B624B3"/>
    <w:rsid w:val="00B760C0"/>
    <w:rsid w:val="00C06368"/>
    <w:rsid w:val="00C12A7C"/>
    <w:rsid w:val="00C35390"/>
    <w:rsid w:val="00C37E0C"/>
    <w:rsid w:val="00C80C67"/>
    <w:rsid w:val="00C83681"/>
    <w:rsid w:val="00C84FFE"/>
    <w:rsid w:val="00CB0664"/>
    <w:rsid w:val="00CF5CFD"/>
    <w:rsid w:val="00CF7A75"/>
    <w:rsid w:val="00D33387"/>
    <w:rsid w:val="00D94A92"/>
    <w:rsid w:val="00D9532F"/>
    <w:rsid w:val="00DB420C"/>
    <w:rsid w:val="00E04935"/>
    <w:rsid w:val="00E36995"/>
    <w:rsid w:val="00EB264E"/>
    <w:rsid w:val="00F11321"/>
    <w:rsid w:val="00F34D7F"/>
    <w:rsid w:val="00F476FB"/>
    <w:rsid w:val="00F928ED"/>
    <w:rsid w:val="00FA3C7E"/>
    <w:rsid w:val="00FB7729"/>
    <w:rsid w:val="00FC693F"/>
    <w:rsid w:val="00FD2A20"/>
    <w:rsid w:val="00FF1FB7"/>
    <w:rsid w:val="00FF36B6"/>
    <w:rsid w:val="00FF77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3F1CA1"/>
  <w14:defaultImageDpi w14:val="300"/>
  <w15:docId w15:val="{4E76E963-0E5E-4DD1-8BC1-DB9B40773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0" w:line="240" w:lineRule="auto"/>
    </w:pPr>
    <w:rPr>
      <w:rFonts w:ascii="Times New Roman" w:eastAsia="Times New Roman" w:hAnsi="Times New Roman"/>
      <w:sz w:val="24"/>
    </w:rPr>
  </w:style>
  <w:style w:type="paragraph" w:styleId="Antrat1">
    <w:name w:val="heading 1"/>
    <w:basedOn w:val="prastasis"/>
    <w:next w:val="prastasis"/>
    <w:link w:val="Antrat1Diagrama"/>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Debesliotekstas">
    <w:name w:val="Balloon Text"/>
    <w:basedOn w:val="prastasis"/>
    <w:link w:val="DebesliotekstasDiagrama"/>
    <w:uiPriority w:val="99"/>
    <w:semiHidden/>
    <w:unhideWhenUsed/>
    <w:rsid w:val="007E50B8"/>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7E50B8"/>
    <w:rPr>
      <w:rFonts w:ascii="Segoe UI" w:eastAsia="Times New Roman" w:hAnsi="Segoe UI" w:cs="Segoe UI"/>
      <w:sz w:val="18"/>
      <w:szCs w:val="18"/>
    </w:rPr>
  </w:style>
  <w:style w:type="character" w:styleId="Komentaronuoroda">
    <w:name w:val="annotation reference"/>
    <w:basedOn w:val="Numatytasispastraiposriftas"/>
    <w:uiPriority w:val="99"/>
    <w:semiHidden/>
    <w:unhideWhenUsed/>
    <w:rsid w:val="00327994"/>
    <w:rPr>
      <w:sz w:val="16"/>
      <w:szCs w:val="16"/>
    </w:rPr>
  </w:style>
  <w:style w:type="paragraph" w:styleId="Komentarotekstas">
    <w:name w:val="annotation text"/>
    <w:basedOn w:val="prastasis"/>
    <w:link w:val="KomentarotekstasDiagrama"/>
    <w:uiPriority w:val="99"/>
    <w:unhideWhenUsed/>
    <w:rsid w:val="00327994"/>
    <w:rPr>
      <w:sz w:val="20"/>
      <w:szCs w:val="20"/>
    </w:rPr>
  </w:style>
  <w:style w:type="character" w:customStyle="1" w:styleId="KomentarotekstasDiagrama">
    <w:name w:val="Komentaro tekstas Diagrama"/>
    <w:basedOn w:val="Numatytasispastraiposriftas"/>
    <w:link w:val="Komentarotekstas"/>
    <w:uiPriority w:val="99"/>
    <w:rsid w:val="00327994"/>
    <w:rPr>
      <w:rFonts w:ascii="Times New Roman" w:eastAsia="Times New Roman" w:hAnsi="Times New Roman"/>
      <w:sz w:val="20"/>
      <w:szCs w:val="20"/>
    </w:rPr>
  </w:style>
  <w:style w:type="paragraph" w:styleId="Komentarotema">
    <w:name w:val="annotation subject"/>
    <w:basedOn w:val="Komentarotekstas"/>
    <w:next w:val="Komentarotekstas"/>
    <w:link w:val="KomentarotemaDiagrama"/>
    <w:uiPriority w:val="99"/>
    <w:semiHidden/>
    <w:unhideWhenUsed/>
    <w:rsid w:val="00327994"/>
    <w:rPr>
      <w:b/>
      <w:bCs/>
    </w:rPr>
  </w:style>
  <w:style w:type="character" w:customStyle="1" w:styleId="KomentarotemaDiagrama">
    <w:name w:val="Komentaro tema Diagrama"/>
    <w:basedOn w:val="KomentarotekstasDiagrama"/>
    <w:link w:val="Komentarotema"/>
    <w:uiPriority w:val="99"/>
    <w:semiHidden/>
    <w:rsid w:val="00327994"/>
    <w:rPr>
      <w:rFonts w:ascii="Times New Roman" w:eastAsia="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BDE5B5-54A3-483A-B1BA-AEF8BA763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16229</Words>
  <Characters>9251</Characters>
  <Application>Microsoft Office Word</Application>
  <DocSecurity>4</DocSecurity>
  <Lines>77</Lines>
  <Paragraphs>50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Panevėžio miesto futbolo programos lėšų naudojimo sutartis – pataisyta</vt:lpstr>
      <vt:lpstr/>
    </vt:vector>
  </TitlesOfParts>
  <Manager/>
  <Company/>
  <LinksUpToDate>false</LinksUpToDate>
  <CharactersWithSpaces>25430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Panevėžio miesto futbolo programos lėšų naudojimo sutartis – pataisyta</dc:title>
  <dc:subject>Suderinta su futbolo programos finansavimo konkurso nuostatais</dc:subject>
  <dc:creator>Samanta Krivickienė</dc:creator>
  <dc:description>generated by python-docx</dc:description>
  <cp:lastModifiedBy>Diana Brazdžiunienė</cp:lastModifiedBy>
  <cp:revision>2</cp:revision>
  <cp:lastPrinted>2026-09-02T06:02:00Z</cp:lastPrinted>
  <dcterms:created xsi:type="dcterms:W3CDTF">2026-09-09T11:17:00Z</dcterms:created>
  <dcterms:modified xsi:type="dcterms:W3CDTF">2026-09-09T11:17:00Z</dcterms:modified>
</cp:coreProperties>
</file>